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481DE" w14:textId="2E19D619" w:rsidR="00C945C2" w:rsidRPr="00B74068" w:rsidRDefault="00FB3664" w:rsidP="003A49A5">
      <w:pPr>
        <w:shd w:val="clear" w:color="auto" w:fill="B8CCE4" w:themeFill="accent1" w:themeFillTint="66"/>
        <w:spacing w:after="0"/>
        <w:jc w:val="center"/>
        <w:rPr>
          <w:rFonts w:ascii="Calibri" w:hAnsi="Calibri" w:cs="Calibri"/>
          <w:color w:val="000000" w:themeColor="text1"/>
          <w:sz w:val="24"/>
          <w:szCs w:val="24"/>
        </w:rPr>
      </w:pPr>
      <w:r w:rsidRPr="00B74068">
        <w:rPr>
          <w:rFonts w:ascii="Calibri" w:hAnsi="Calibri" w:cs="Calibri"/>
          <w:b/>
          <w:color w:val="000000" w:themeColor="text1"/>
          <w:sz w:val="24"/>
          <w:szCs w:val="24"/>
        </w:rPr>
        <w:t>FY26 New Project Local Application</w:t>
      </w:r>
    </w:p>
    <w:p w14:paraId="3666FF29" w14:textId="4250B206" w:rsidR="00C945C2" w:rsidRPr="00B74068" w:rsidRDefault="00541946" w:rsidP="003A49A5">
      <w:pPr>
        <w:shd w:val="clear" w:color="auto" w:fill="B8CCE4" w:themeFill="accent1" w:themeFillTint="66"/>
        <w:spacing w:after="240"/>
        <w:jc w:val="center"/>
        <w:rPr>
          <w:rFonts w:ascii="Calibri" w:hAnsi="Calibri" w:cs="Calibri"/>
          <w:color w:val="000000" w:themeColor="text1"/>
          <w:sz w:val="24"/>
          <w:szCs w:val="24"/>
        </w:rPr>
      </w:pPr>
      <w:r>
        <w:rPr>
          <w:rFonts w:ascii="Calibri" w:hAnsi="Calibri" w:cs="Calibri"/>
          <w:color w:val="000000" w:themeColor="text1"/>
          <w:sz w:val="24"/>
          <w:szCs w:val="24"/>
        </w:rPr>
        <w:t xml:space="preserve">Springfield-Hampden County </w:t>
      </w:r>
      <w:r w:rsidR="00FB3664" w:rsidRPr="00B74068">
        <w:rPr>
          <w:rFonts w:ascii="Calibri" w:hAnsi="Calibri" w:cs="Calibri"/>
          <w:color w:val="000000" w:themeColor="text1"/>
          <w:sz w:val="24"/>
          <w:szCs w:val="24"/>
        </w:rPr>
        <w:t xml:space="preserve">Continuum of Care </w:t>
      </w:r>
      <w:r>
        <w:rPr>
          <w:rFonts w:ascii="Calibri" w:hAnsi="Calibri" w:cs="Calibri"/>
          <w:color w:val="000000" w:themeColor="text1"/>
          <w:sz w:val="24"/>
          <w:szCs w:val="24"/>
        </w:rPr>
        <w:t>–</w:t>
      </w:r>
      <w:r w:rsidR="00FB3664" w:rsidRPr="00B74068">
        <w:rPr>
          <w:rFonts w:ascii="Calibri" w:hAnsi="Calibri" w:cs="Calibri"/>
          <w:color w:val="000000" w:themeColor="text1"/>
          <w:sz w:val="24"/>
          <w:szCs w:val="24"/>
        </w:rPr>
        <w:t xml:space="preserve"> </w:t>
      </w:r>
      <w:r>
        <w:rPr>
          <w:rFonts w:ascii="Calibri" w:hAnsi="Calibri" w:cs="Calibri"/>
          <w:color w:val="000000" w:themeColor="text1"/>
          <w:sz w:val="24"/>
          <w:szCs w:val="24"/>
        </w:rPr>
        <w:t>MA-504</w:t>
      </w:r>
    </w:p>
    <w:tbl>
      <w:tblPr>
        <w:tblStyle w:val="TableGrid"/>
        <w:tblW w:w="10255" w:type="dxa"/>
        <w:jc w:val="center"/>
        <w:tblLook w:val="04A0" w:firstRow="1" w:lastRow="0" w:firstColumn="1" w:lastColumn="0" w:noHBand="0" w:noVBand="1"/>
      </w:tblPr>
      <w:tblGrid>
        <w:gridCol w:w="3943"/>
        <w:gridCol w:w="6312"/>
      </w:tblGrid>
      <w:tr w:rsidR="00C945C2" w:rsidRPr="00B74068" w14:paraId="204C26FB" w14:textId="77777777" w:rsidTr="00DB3BA7">
        <w:trPr>
          <w:jc w:val="center"/>
        </w:trPr>
        <w:tc>
          <w:tcPr>
            <w:tcW w:w="3943" w:type="dxa"/>
            <w:shd w:val="clear" w:color="auto" w:fill="DBE5F1" w:themeFill="accent1" w:themeFillTint="33"/>
          </w:tcPr>
          <w:p w14:paraId="285795BF" w14:textId="3FA620A9"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Application Type</w:t>
            </w:r>
            <w:r w:rsidR="005B1642">
              <w:rPr>
                <w:rFonts w:ascii="Calibri" w:hAnsi="Calibri" w:cs="Calibri"/>
                <w:b/>
                <w:color w:val="000000" w:themeColor="text1"/>
                <w:sz w:val="22"/>
              </w:rPr>
              <w:t xml:space="preserve"> </w:t>
            </w:r>
          </w:p>
        </w:tc>
        <w:tc>
          <w:tcPr>
            <w:tcW w:w="6312" w:type="dxa"/>
          </w:tcPr>
          <w:p w14:paraId="43188FA9" w14:textId="676C93F9"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 xml:space="preserve">New Project / </w:t>
            </w:r>
            <w:r w:rsidR="005B1642">
              <w:rPr>
                <w:rFonts w:ascii="Calibri" w:hAnsi="Calibri" w:cs="Calibri"/>
                <w:color w:val="000000" w:themeColor="text1"/>
                <w:sz w:val="22"/>
              </w:rPr>
              <w:t>Replacement</w:t>
            </w:r>
            <w:r w:rsidRPr="00B74068">
              <w:rPr>
                <w:rFonts w:ascii="Calibri" w:hAnsi="Calibri" w:cs="Calibri"/>
                <w:color w:val="000000" w:themeColor="text1"/>
                <w:sz w:val="22"/>
              </w:rPr>
              <w:t xml:space="preserve"> / DV Bonus / Expansion</w:t>
            </w:r>
            <w:r w:rsidR="005B1642">
              <w:rPr>
                <w:rFonts w:ascii="Calibri" w:hAnsi="Calibri" w:cs="Calibri"/>
                <w:color w:val="000000" w:themeColor="text1"/>
                <w:sz w:val="22"/>
              </w:rPr>
              <w:t>/CoC Bonus</w:t>
            </w:r>
          </w:p>
        </w:tc>
      </w:tr>
      <w:tr w:rsidR="00C945C2" w:rsidRPr="00B74068" w14:paraId="7B20EF05" w14:textId="77777777" w:rsidTr="00DB3BA7">
        <w:trPr>
          <w:jc w:val="center"/>
        </w:trPr>
        <w:tc>
          <w:tcPr>
            <w:tcW w:w="3943" w:type="dxa"/>
            <w:shd w:val="clear" w:color="auto" w:fill="DBE5F1" w:themeFill="accent1" w:themeFillTint="33"/>
          </w:tcPr>
          <w:p w14:paraId="248023D5"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Local Application Due Date</w:t>
            </w:r>
          </w:p>
        </w:tc>
        <w:tc>
          <w:tcPr>
            <w:tcW w:w="6312" w:type="dxa"/>
          </w:tcPr>
          <w:p w14:paraId="62EB6224" w14:textId="40395388" w:rsidR="00C945C2" w:rsidRPr="00B74068" w:rsidRDefault="00541946">
            <w:pPr>
              <w:rPr>
                <w:rFonts w:ascii="Calibri" w:hAnsi="Calibri" w:cs="Calibri"/>
                <w:color w:val="000000" w:themeColor="text1"/>
                <w:sz w:val="22"/>
              </w:rPr>
            </w:pPr>
            <w:r>
              <w:rPr>
                <w:rFonts w:ascii="Calibri" w:hAnsi="Calibri" w:cs="Calibri"/>
                <w:color w:val="000000" w:themeColor="text1"/>
                <w:sz w:val="22"/>
              </w:rPr>
              <w:t>Friday</w:t>
            </w:r>
            <w:r w:rsidR="00FB3664" w:rsidRPr="00B74068">
              <w:rPr>
                <w:rFonts w:ascii="Calibri" w:hAnsi="Calibri" w:cs="Calibri"/>
                <w:color w:val="000000" w:themeColor="text1"/>
                <w:sz w:val="22"/>
              </w:rPr>
              <w:t xml:space="preserve">, July </w:t>
            </w:r>
            <w:r>
              <w:rPr>
                <w:rFonts w:ascii="Calibri" w:hAnsi="Calibri" w:cs="Calibri"/>
                <w:color w:val="000000" w:themeColor="text1"/>
                <w:sz w:val="22"/>
              </w:rPr>
              <w:t>24</w:t>
            </w:r>
            <w:r w:rsidR="00FB3664" w:rsidRPr="00B74068">
              <w:rPr>
                <w:rFonts w:ascii="Calibri" w:hAnsi="Calibri" w:cs="Calibri"/>
                <w:color w:val="000000" w:themeColor="text1"/>
                <w:sz w:val="22"/>
              </w:rPr>
              <w:t>, 2026, by 5:00 PM</w:t>
            </w:r>
          </w:p>
        </w:tc>
      </w:tr>
      <w:tr w:rsidR="00C945C2" w:rsidRPr="00B74068" w14:paraId="33E88320" w14:textId="77777777" w:rsidTr="00DB3BA7">
        <w:trPr>
          <w:jc w:val="center"/>
        </w:trPr>
        <w:tc>
          <w:tcPr>
            <w:tcW w:w="3943" w:type="dxa"/>
            <w:shd w:val="clear" w:color="auto" w:fill="DBE5F1" w:themeFill="accent1" w:themeFillTint="33"/>
          </w:tcPr>
          <w:p w14:paraId="09EA8B4D"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Submit To</w:t>
            </w:r>
          </w:p>
        </w:tc>
        <w:tc>
          <w:tcPr>
            <w:tcW w:w="6312" w:type="dxa"/>
          </w:tcPr>
          <w:p w14:paraId="05EEC42C" w14:textId="6034F54F" w:rsidR="005B1642" w:rsidRPr="00B74068" w:rsidRDefault="00CE458B" w:rsidP="005B1642">
            <w:pPr>
              <w:rPr>
                <w:rFonts w:ascii="Calibri" w:hAnsi="Calibri" w:cs="Calibri"/>
                <w:color w:val="000000" w:themeColor="text1"/>
                <w:sz w:val="22"/>
              </w:rPr>
            </w:pPr>
            <w:hyperlink r:id="rId8" w:history="1">
              <w:r w:rsidR="005B1642" w:rsidRPr="006529E5">
                <w:rPr>
                  <w:rStyle w:val="Hyperlink"/>
                  <w:rFonts w:ascii="Calibri" w:hAnsi="Calibri" w:cs="Calibri"/>
                  <w:sz w:val="22"/>
                </w:rPr>
                <w:t>gmccafferty@springfieldcityhall.com</w:t>
              </w:r>
            </w:hyperlink>
          </w:p>
        </w:tc>
      </w:tr>
      <w:tr w:rsidR="00C945C2" w:rsidRPr="00B74068" w14:paraId="64C014DF" w14:textId="77777777" w:rsidTr="00DB3BA7">
        <w:trPr>
          <w:jc w:val="center"/>
        </w:trPr>
        <w:tc>
          <w:tcPr>
            <w:tcW w:w="3943" w:type="dxa"/>
            <w:shd w:val="clear" w:color="auto" w:fill="DBE5F1" w:themeFill="accent1" w:themeFillTint="33"/>
          </w:tcPr>
          <w:p w14:paraId="79FB2137"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Email Subject Line</w:t>
            </w:r>
          </w:p>
        </w:tc>
        <w:tc>
          <w:tcPr>
            <w:tcW w:w="6312" w:type="dxa"/>
          </w:tcPr>
          <w:p w14:paraId="323635F0"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FY26 New Project Application - [Agency Name] - [Project Name]</w:t>
            </w:r>
          </w:p>
        </w:tc>
      </w:tr>
    </w:tbl>
    <w:p w14:paraId="07A76B56" w14:textId="77777777" w:rsidR="00DB3BA7" w:rsidRDefault="00DB3BA7" w:rsidP="00DB3BA7">
      <w:pPr>
        <w:pStyle w:val="SmallNote"/>
        <w:spacing w:after="0"/>
        <w:jc w:val="both"/>
        <w:rPr>
          <w:rFonts w:ascii="Calibri" w:hAnsi="Calibri" w:cs="Calibri"/>
          <w:b/>
          <w:color w:val="000000" w:themeColor="text1"/>
          <w:sz w:val="22"/>
        </w:rPr>
      </w:pPr>
    </w:p>
    <w:p w14:paraId="5EF10F04" w14:textId="585D2027" w:rsidR="0011591F" w:rsidRPr="00B74068" w:rsidRDefault="00FB3664" w:rsidP="00B74068">
      <w:pPr>
        <w:pStyle w:val="SmallNote"/>
        <w:jc w:val="both"/>
        <w:rPr>
          <w:rFonts w:ascii="Calibri" w:hAnsi="Calibri" w:cs="Calibri"/>
          <w:color w:val="000000" w:themeColor="text1"/>
          <w:sz w:val="22"/>
        </w:rPr>
      </w:pPr>
      <w:r w:rsidRPr="00B74068">
        <w:rPr>
          <w:rFonts w:ascii="Calibri" w:hAnsi="Calibri" w:cs="Calibri"/>
          <w:b/>
          <w:color w:val="000000" w:themeColor="text1"/>
          <w:sz w:val="22"/>
        </w:rPr>
        <w:t xml:space="preserve">Funding availability planning note: </w:t>
      </w:r>
      <w:r w:rsidR="005E5E65" w:rsidRPr="005E5E65">
        <w:rPr>
          <w:rFonts w:ascii="Calibri" w:hAnsi="Calibri" w:cs="Calibri"/>
          <w:bCs/>
          <w:color w:val="000000" w:themeColor="text1"/>
          <w:sz w:val="22"/>
        </w:rPr>
        <w:t>The CoC’s</w:t>
      </w:r>
      <w:r w:rsidR="005E5E65">
        <w:rPr>
          <w:rFonts w:ascii="Calibri" w:hAnsi="Calibri" w:cs="Calibri"/>
          <w:b/>
          <w:color w:val="000000" w:themeColor="text1"/>
          <w:sz w:val="22"/>
        </w:rPr>
        <w:t xml:space="preserve"> </w:t>
      </w:r>
      <w:r w:rsidRPr="00B74068">
        <w:rPr>
          <w:rFonts w:ascii="Calibri" w:hAnsi="Calibri" w:cs="Calibri"/>
          <w:color w:val="000000" w:themeColor="text1"/>
          <w:sz w:val="22"/>
        </w:rPr>
        <w:t>estimate</w:t>
      </w:r>
      <w:r w:rsidR="005E5E65">
        <w:rPr>
          <w:rFonts w:ascii="Calibri" w:hAnsi="Calibri" w:cs="Calibri"/>
          <w:color w:val="000000" w:themeColor="text1"/>
          <w:sz w:val="22"/>
        </w:rPr>
        <w:t>s</w:t>
      </w:r>
      <w:r w:rsidRPr="00B74068">
        <w:rPr>
          <w:rFonts w:ascii="Calibri" w:hAnsi="Calibri" w:cs="Calibri"/>
          <w:color w:val="000000" w:themeColor="text1"/>
          <w:sz w:val="22"/>
        </w:rPr>
        <w:t xml:space="preserve"> </w:t>
      </w:r>
      <w:r w:rsidR="00541946">
        <w:rPr>
          <w:rFonts w:ascii="Calibri" w:hAnsi="Calibri" w:cs="Calibri"/>
          <w:color w:val="000000" w:themeColor="text1"/>
          <w:sz w:val="22"/>
        </w:rPr>
        <w:t xml:space="preserve">the following amounts available for </w:t>
      </w:r>
      <w:r w:rsidRPr="00B74068">
        <w:rPr>
          <w:rFonts w:ascii="Calibri" w:hAnsi="Calibri" w:cs="Calibri"/>
          <w:color w:val="000000" w:themeColor="text1"/>
          <w:sz w:val="22"/>
        </w:rPr>
        <w:t>new projects, subject to final HUD</w:t>
      </w:r>
      <w:r w:rsidR="005E5E65">
        <w:rPr>
          <w:rFonts w:ascii="Calibri" w:hAnsi="Calibri" w:cs="Calibri"/>
          <w:color w:val="000000" w:themeColor="text1"/>
          <w:sz w:val="22"/>
        </w:rPr>
        <w:t xml:space="preserve"> </w:t>
      </w:r>
      <w:r w:rsidRPr="00B74068">
        <w:rPr>
          <w:rFonts w:ascii="Calibri" w:hAnsi="Calibri" w:cs="Calibri"/>
          <w:color w:val="000000" w:themeColor="text1"/>
          <w:sz w:val="22"/>
        </w:rPr>
        <w:t>confirmation, local competition decisions, and available funding. This estimate does not guarantee funding for any applicant or project.</w:t>
      </w:r>
    </w:p>
    <w:tbl>
      <w:tblPr>
        <w:tblStyle w:val="TableGrid"/>
        <w:tblW w:w="0" w:type="auto"/>
        <w:tblInd w:w="828" w:type="dxa"/>
        <w:tblLook w:val="04A0" w:firstRow="1" w:lastRow="0" w:firstColumn="1" w:lastColumn="0" w:noHBand="0" w:noVBand="1"/>
      </w:tblPr>
      <w:tblGrid>
        <w:gridCol w:w="2160"/>
        <w:gridCol w:w="1710"/>
      </w:tblGrid>
      <w:tr w:rsidR="0011591F" w14:paraId="57664356" w14:textId="77777777" w:rsidTr="0011591F">
        <w:tc>
          <w:tcPr>
            <w:tcW w:w="2160" w:type="dxa"/>
          </w:tcPr>
          <w:p w14:paraId="709CAEB5" w14:textId="367C1C3A" w:rsidR="0011591F" w:rsidRDefault="0011591F" w:rsidP="00B74068">
            <w:pPr>
              <w:pStyle w:val="SmallNote"/>
              <w:jc w:val="both"/>
              <w:rPr>
                <w:rFonts w:ascii="Calibri" w:hAnsi="Calibri" w:cs="Calibri"/>
                <w:color w:val="000000" w:themeColor="text1"/>
                <w:sz w:val="22"/>
              </w:rPr>
            </w:pPr>
            <w:bookmarkStart w:id="0" w:name="_Hlk232860691"/>
            <w:r>
              <w:rPr>
                <w:rFonts w:ascii="Calibri" w:hAnsi="Calibri" w:cs="Calibri"/>
                <w:color w:val="000000" w:themeColor="text1"/>
                <w:sz w:val="22"/>
              </w:rPr>
              <w:t>Tier 2:</w:t>
            </w:r>
            <w:r>
              <w:rPr>
                <w:rFonts w:ascii="Calibri" w:hAnsi="Calibri" w:cs="Calibri"/>
                <w:color w:val="000000" w:themeColor="text1"/>
                <w:sz w:val="22"/>
              </w:rPr>
              <w:tab/>
            </w:r>
          </w:p>
        </w:tc>
        <w:tc>
          <w:tcPr>
            <w:tcW w:w="1710" w:type="dxa"/>
          </w:tcPr>
          <w:p w14:paraId="45E759A1" w14:textId="6AB3B8A7" w:rsidR="0011591F" w:rsidRDefault="0011591F" w:rsidP="005B1642">
            <w:pPr>
              <w:pStyle w:val="SmallNote"/>
              <w:jc w:val="right"/>
              <w:rPr>
                <w:rFonts w:ascii="Calibri" w:hAnsi="Calibri" w:cs="Calibri"/>
                <w:color w:val="000000" w:themeColor="text1"/>
                <w:sz w:val="22"/>
              </w:rPr>
            </w:pPr>
            <w:r>
              <w:rPr>
                <w:rFonts w:ascii="Calibri" w:hAnsi="Calibri" w:cs="Calibri"/>
                <w:color w:val="000000" w:themeColor="text1"/>
                <w:sz w:val="22"/>
              </w:rPr>
              <w:t>$</w:t>
            </w:r>
            <w:r w:rsidRPr="00541946">
              <w:rPr>
                <w:rFonts w:ascii="Calibri" w:hAnsi="Calibri" w:cs="Calibri"/>
                <w:color w:val="000000" w:themeColor="text1"/>
                <w:sz w:val="22"/>
              </w:rPr>
              <w:t>3,915,037</w:t>
            </w:r>
          </w:p>
        </w:tc>
      </w:tr>
      <w:tr w:rsidR="0011591F" w14:paraId="3BB047CC" w14:textId="77777777" w:rsidTr="0011591F">
        <w:tc>
          <w:tcPr>
            <w:tcW w:w="2160" w:type="dxa"/>
          </w:tcPr>
          <w:p w14:paraId="09322FE2" w14:textId="131F1CD7" w:rsidR="0011591F" w:rsidRDefault="005B1642" w:rsidP="005B1642">
            <w:pPr>
              <w:pStyle w:val="SmallNote"/>
              <w:jc w:val="both"/>
              <w:rPr>
                <w:rFonts w:ascii="Calibri" w:hAnsi="Calibri" w:cs="Calibri"/>
                <w:color w:val="000000" w:themeColor="text1"/>
                <w:sz w:val="22"/>
              </w:rPr>
            </w:pPr>
            <w:r>
              <w:rPr>
                <w:rFonts w:ascii="Calibri" w:hAnsi="Calibri" w:cs="Calibri"/>
                <w:color w:val="000000" w:themeColor="text1"/>
                <w:sz w:val="22"/>
              </w:rPr>
              <w:t xml:space="preserve">CoC </w:t>
            </w:r>
            <w:r w:rsidR="0011591F">
              <w:rPr>
                <w:rFonts w:ascii="Calibri" w:hAnsi="Calibri" w:cs="Calibri"/>
                <w:color w:val="000000" w:themeColor="text1"/>
                <w:sz w:val="22"/>
              </w:rPr>
              <w:t>Bonus:</w:t>
            </w:r>
          </w:p>
        </w:tc>
        <w:tc>
          <w:tcPr>
            <w:tcW w:w="1710" w:type="dxa"/>
          </w:tcPr>
          <w:p w14:paraId="6563AB52" w14:textId="244C0316" w:rsidR="0011591F" w:rsidRDefault="0011591F" w:rsidP="005B1642">
            <w:pPr>
              <w:pStyle w:val="SmallNote"/>
              <w:jc w:val="right"/>
              <w:rPr>
                <w:rFonts w:ascii="Calibri" w:hAnsi="Calibri" w:cs="Calibri"/>
                <w:color w:val="000000" w:themeColor="text1"/>
                <w:sz w:val="22"/>
              </w:rPr>
            </w:pPr>
            <w:r w:rsidRPr="0011591F">
              <w:rPr>
                <w:rFonts w:ascii="Calibri" w:hAnsi="Calibri" w:cs="Calibri"/>
                <w:color w:val="000000" w:themeColor="text1"/>
                <w:sz w:val="22"/>
              </w:rPr>
              <w:t>$1,468,138</w:t>
            </w:r>
          </w:p>
        </w:tc>
      </w:tr>
      <w:tr w:rsidR="0011591F" w14:paraId="0EF0EEE4" w14:textId="77777777" w:rsidTr="0011591F">
        <w:tc>
          <w:tcPr>
            <w:tcW w:w="2160" w:type="dxa"/>
          </w:tcPr>
          <w:p w14:paraId="74BF433C" w14:textId="5F53936F" w:rsidR="0011591F" w:rsidRDefault="005B1642" w:rsidP="00B74068">
            <w:pPr>
              <w:pStyle w:val="SmallNote"/>
              <w:jc w:val="both"/>
              <w:rPr>
                <w:rFonts w:ascii="Calibri" w:hAnsi="Calibri" w:cs="Calibri"/>
                <w:color w:val="000000" w:themeColor="text1"/>
                <w:sz w:val="22"/>
              </w:rPr>
            </w:pPr>
            <w:r>
              <w:rPr>
                <w:rFonts w:ascii="Calibri" w:hAnsi="Calibri" w:cs="Calibri"/>
                <w:color w:val="000000" w:themeColor="text1"/>
                <w:sz w:val="22"/>
              </w:rPr>
              <w:t xml:space="preserve">Available </w:t>
            </w:r>
            <w:r w:rsidR="0011591F">
              <w:rPr>
                <w:rFonts w:ascii="Calibri" w:hAnsi="Calibri" w:cs="Calibri"/>
                <w:color w:val="000000" w:themeColor="text1"/>
                <w:sz w:val="22"/>
              </w:rPr>
              <w:t>DV Bonus:</w:t>
            </w:r>
          </w:p>
        </w:tc>
        <w:tc>
          <w:tcPr>
            <w:tcW w:w="1710" w:type="dxa"/>
          </w:tcPr>
          <w:p w14:paraId="688344BD" w14:textId="3C950D2E" w:rsidR="0011591F" w:rsidRDefault="005B1642" w:rsidP="0011591F">
            <w:pPr>
              <w:pStyle w:val="SmallNote"/>
              <w:jc w:val="right"/>
              <w:rPr>
                <w:rFonts w:ascii="Calibri" w:hAnsi="Calibri" w:cs="Calibri"/>
                <w:color w:val="000000" w:themeColor="text1"/>
                <w:sz w:val="22"/>
              </w:rPr>
            </w:pPr>
            <w:r w:rsidRPr="005B1642">
              <w:rPr>
                <w:rFonts w:ascii="Calibri" w:hAnsi="Calibri" w:cs="Calibri"/>
                <w:color w:val="000000" w:themeColor="text1"/>
                <w:sz w:val="22"/>
              </w:rPr>
              <w:t>$623,675</w:t>
            </w:r>
          </w:p>
        </w:tc>
      </w:tr>
      <w:tr w:rsidR="005B1642" w14:paraId="6FD8345B" w14:textId="77777777" w:rsidTr="0011591F">
        <w:tc>
          <w:tcPr>
            <w:tcW w:w="2160" w:type="dxa"/>
          </w:tcPr>
          <w:p w14:paraId="7FB7FE6D" w14:textId="28FA3563" w:rsidR="005B1642" w:rsidRPr="005B1642" w:rsidRDefault="005B1642" w:rsidP="00B74068">
            <w:pPr>
              <w:pStyle w:val="SmallNote"/>
              <w:jc w:val="both"/>
              <w:rPr>
                <w:rFonts w:ascii="Calibri" w:hAnsi="Calibri" w:cs="Calibri"/>
                <w:b/>
                <w:bCs/>
                <w:color w:val="auto"/>
                <w:sz w:val="22"/>
              </w:rPr>
            </w:pPr>
            <w:r w:rsidRPr="005B1642">
              <w:rPr>
                <w:rFonts w:ascii="Calibri" w:hAnsi="Calibri" w:cs="Calibri"/>
                <w:b/>
                <w:bCs/>
                <w:color w:val="auto"/>
                <w:sz w:val="22"/>
              </w:rPr>
              <w:t>TOTAL</w:t>
            </w:r>
          </w:p>
        </w:tc>
        <w:tc>
          <w:tcPr>
            <w:tcW w:w="1710" w:type="dxa"/>
          </w:tcPr>
          <w:p w14:paraId="50A89E92" w14:textId="05D8D4A3" w:rsidR="005B1642" w:rsidRPr="005B1642" w:rsidRDefault="005B1642" w:rsidP="0011591F">
            <w:pPr>
              <w:pStyle w:val="SmallNote"/>
              <w:jc w:val="right"/>
              <w:rPr>
                <w:rFonts w:ascii="Calibri" w:hAnsi="Calibri" w:cs="Calibri"/>
                <w:b/>
                <w:bCs/>
                <w:color w:val="auto"/>
                <w:sz w:val="22"/>
              </w:rPr>
            </w:pPr>
            <w:r w:rsidRPr="005B1642">
              <w:rPr>
                <w:rFonts w:ascii="Calibri" w:hAnsi="Calibri" w:cs="Calibri"/>
                <w:b/>
                <w:bCs/>
                <w:color w:val="auto"/>
                <w:sz w:val="22"/>
              </w:rPr>
              <w:t>$6,006,851</w:t>
            </w:r>
          </w:p>
        </w:tc>
      </w:tr>
      <w:bookmarkEnd w:id="0"/>
    </w:tbl>
    <w:p w14:paraId="3235397D" w14:textId="77777777" w:rsidR="00DB3BA7" w:rsidRDefault="00DB3BA7" w:rsidP="005E5E65">
      <w:pPr>
        <w:pStyle w:val="SmallNote"/>
        <w:spacing w:after="0"/>
        <w:jc w:val="both"/>
        <w:rPr>
          <w:rFonts w:ascii="Calibri" w:hAnsi="Calibri" w:cs="Calibri"/>
          <w:color w:val="000000" w:themeColor="text1"/>
          <w:sz w:val="22"/>
        </w:rPr>
      </w:pPr>
    </w:p>
    <w:p w14:paraId="6751B7B4" w14:textId="3CCD7CB0" w:rsidR="005B1642" w:rsidRDefault="005B1642" w:rsidP="005E5E65">
      <w:pPr>
        <w:pStyle w:val="SmallNote"/>
        <w:spacing w:after="0"/>
        <w:jc w:val="both"/>
        <w:rPr>
          <w:rFonts w:ascii="Calibri" w:hAnsi="Calibri" w:cs="Calibri"/>
          <w:color w:val="000000" w:themeColor="text1"/>
          <w:sz w:val="22"/>
        </w:rPr>
      </w:pPr>
      <w:r>
        <w:rPr>
          <w:rFonts w:ascii="Calibri" w:hAnsi="Calibri" w:cs="Calibri"/>
          <w:color w:val="000000" w:themeColor="text1"/>
          <w:sz w:val="22"/>
        </w:rPr>
        <w:t>Limitations:</w:t>
      </w:r>
    </w:p>
    <w:p w14:paraId="2EAA7281" w14:textId="00FC1D28" w:rsidR="005B1642" w:rsidRDefault="005E5E65" w:rsidP="005E5E65">
      <w:pPr>
        <w:pStyle w:val="SmallNote"/>
        <w:numPr>
          <w:ilvl w:val="0"/>
          <w:numId w:val="10"/>
        </w:numPr>
        <w:spacing w:after="0"/>
        <w:jc w:val="both"/>
        <w:rPr>
          <w:rFonts w:ascii="Calibri" w:hAnsi="Calibri" w:cs="Calibri"/>
          <w:color w:val="000000" w:themeColor="text1"/>
          <w:sz w:val="22"/>
        </w:rPr>
      </w:pPr>
      <w:r>
        <w:rPr>
          <w:rFonts w:ascii="Calibri" w:hAnsi="Calibri" w:cs="Calibri"/>
          <w:color w:val="000000" w:themeColor="text1"/>
          <w:sz w:val="22"/>
        </w:rPr>
        <w:t>YHDP Replacement Project(s): No more than $</w:t>
      </w:r>
      <w:r w:rsidRPr="005E5E65">
        <w:rPr>
          <w:rFonts w:ascii="Calibri" w:hAnsi="Calibri" w:cs="Calibri"/>
          <w:color w:val="000000" w:themeColor="text1"/>
          <w:sz w:val="22"/>
        </w:rPr>
        <w:t>1,052,171</w:t>
      </w:r>
      <w:r>
        <w:rPr>
          <w:rFonts w:ascii="Calibri" w:hAnsi="Calibri" w:cs="Calibri"/>
          <w:color w:val="000000" w:themeColor="text1"/>
          <w:sz w:val="22"/>
        </w:rPr>
        <w:t xml:space="preserve"> is available</w:t>
      </w:r>
    </w:p>
    <w:p w14:paraId="52293329" w14:textId="0907FC93" w:rsidR="005E5E65" w:rsidRDefault="005E5E65" w:rsidP="005E5E65">
      <w:pPr>
        <w:pStyle w:val="SmallNote"/>
        <w:numPr>
          <w:ilvl w:val="0"/>
          <w:numId w:val="10"/>
        </w:numPr>
        <w:spacing w:after="0"/>
        <w:jc w:val="both"/>
        <w:rPr>
          <w:rFonts w:ascii="Calibri" w:hAnsi="Calibri" w:cs="Calibri"/>
          <w:color w:val="000000" w:themeColor="text1"/>
          <w:sz w:val="22"/>
        </w:rPr>
      </w:pPr>
      <w:r>
        <w:rPr>
          <w:rFonts w:ascii="Calibri" w:hAnsi="Calibri" w:cs="Calibri"/>
          <w:color w:val="000000" w:themeColor="text1"/>
          <w:sz w:val="22"/>
        </w:rPr>
        <w:t>DV Replacement Project(s): No more than $</w:t>
      </w:r>
      <w:r w:rsidRPr="005E5E65">
        <w:rPr>
          <w:rFonts w:ascii="Calibri" w:hAnsi="Calibri" w:cs="Calibri"/>
          <w:color w:val="000000" w:themeColor="text1"/>
          <w:sz w:val="22"/>
        </w:rPr>
        <w:t>1,019,933</w:t>
      </w:r>
      <w:r>
        <w:rPr>
          <w:rFonts w:ascii="Calibri" w:hAnsi="Calibri" w:cs="Calibri"/>
          <w:color w:val="000000" w:themeColor="text1"/>
          <w:sz w:val="22"/>
        </w:rPr>
        <w:t xml:space="preserve"> is available</w:t>
      </w:r>
    </w:p>
    <w:p w14:paraId="12713652" w14:textId="77777777" w:rsidR="005E5E65" w:rsidRPr="005E5E65" w:rsidRDefault="005E5E65" w:rsidP="005E5E65">
      <w:pPr>
        <w:pStyle w:val="SmallNote"/>
        <w:spacing w:after="0"/>
        <w:ind w:left="720"/>
        <w:jc w:val="both"/>
        <w:rPr>
          <w:rFonts w:ascii="Calibri" w:hAnsi="Calibri" w:cs="Calibri"/>
          <w:color w:val="000000" w:themeColor="text1"/>
          <w:sz w:val="22"/>
        </w:rPr>
      </w:pPr>
    </w:p>
    <w:p w14:paraId="5537819A" w14:textId="77777777" w:rsidR="00B74068" w:rsidRPr="00B74068" w:rsidRDefault="00FB3664" w:rsidP="00B74068">
      <w:pPr>
        <w:pStyle w:val="SmallNote"/>
        <w:jc w:val="both"/>
        <w:rPr>
          <w:rFonts w:ascii="Calibri" w:hAnsi="Calibri" w:cs="Calibri"/>
          <w:color w:val="000000" w:themeColor="text1"/>
          <w:sz w:val="22"/>
        </w:rPr>
      </w:pPr>
      <w:r w:rsidRPr="00B74068">
        <w:rPr>
          <w:rFonts w:ascii="Calibri" w:hAnsi="Calibri" w:cs="Calibri"/>
          <w:b/>
          <w:color w:val="000000" w:themeColor="text1"/>
          <w:sz w:val="22"/>
        </w:rPr>
        <w:t xml:space="preserve">Before you begin: </w:t>
      </w:r>
      <w:r w:rsidR="00B74068" w:rsidRPr="00B74068">
        <w:rPr>
          <w:rFonts w:ascii="Calibri" w:hAnsi="Calibri" w:cs="Calibri"/>
          <w:color w:val="000000" w:themeColor="text1"/>
          <w:sz w:val="22"/>
        </w:rPr>
        <w:t xml:space="preserve"> This Word application is the first required local application for FY26 new projects. Please use plain language and answer each section as completely as possible. Submitting this application does not guarantee funding. Projects must meet HUD and local requirements, complete local review, be scored and ranked, be included on the CoC Priority Listing, and ultimately be selected by HUD.</w:t>
      </w:r>
    </w:p>
    <w:p w14:paraId="329E9737" w14:textId="5CA98559" w:rsidR="00C945C2" w:rsidRPr="00B74068" w:rsidRDefault="00B74068" w:rsidP="00DB3BA7">
      <w:pPr>
        <w:pStyle w:val="SmallNote"/>
        <w:spacing w:after="0"/>
        <w:jc w:val="both"/>
        <w:rPr>
          <w:rFonts w:ascii="Calibri" w:hAnsi="Calibri" w:cs="Calibri"/>
          <w:color w:val="000000" w:themeColor="text1"/>
          <w:sz w:val="22"/>
        </w:rPr>
      </w:pPr>
      <w:r w:rsidRPr="00B74068">
        <w:rPr>
          <w:rFonts w:ascii="Calibri" w:hAnsi="Calibri" w:cs="Calibri"/>
          <w:color w:val="000000" w:themeColor="text1"/>
          <w:sz w:val="22"/>
        </w:rPr>
        <w:t xml:space="preserve">Projects that move forward in the local competition will also be required to enter and complete the project application in </w:t>
      </w:r>
      <w:r w:rsidRPr="00B74068">
        <w:rPr>
          <w:rFonts w:ascii="Calibri" w:hAnsi="Calibri" w:cs="Calibri"/>
          <w:b/>
          <w:bCs/>
          <w:color w:val="000000" w:themeColor="text1"/>
          <w:sz w:val="22"/>
        </w:rPr>
        <w:t>e-snaps</w:t>
      </w:r>
      <w:r w:rsidRPr="00B74068">
        <w:rPr>
          <w:rFonts w:ascii="Calibri" w:hAnsi="Calibri" w:cs="Calibri"/>
          <w:color w:val="000000" w:themeColor="text1"/>
          <w:sz w:val="22"/>
        </w:rPr>
        <w:t xml:space="preserve">, HUD’s online application system, by the local deadline set by </w:t>
      </w:r>
      <w:r w:rsidR="00541946">
        <w:rPr>
          <w:rFonts w:ascii="Calibri" w:hAnsi="Calibri" w:cs="Calibri"/>
          <w:color w:val="000000" w:themeColor="text1"/>
          <w:sz w:val="22"/>
        </w:rPr>
        <w:t>the Springfield-Hampden County CoC</w:t>
      </w:r>
      <w:r w:rsidRPr="00B74068">
        <w:rPr>
          <w:rFonts w:ascii="Calibri" w:hAnsi="Calibri" w:cs="Calibri"/>
          <w:color w:val="000000" w:themeColor="text1"/>
          <w:sz w:val="22"/>
        </w:rPr>
        <w:t>.</w:t>
      </w:r>
    </w:p>
    <w:p w14:paraId="091BF572" w14:textId="4A63B456" w:rsidR="00C945C2" w:rsidRDefault="00FB3664" w:rsidP="003A49A5">
      <w:pPr>
        <w:pStyle w:val="Heading1"/>
        <w:shd w:val="clear" w:color="auto" w:fill="B8CCE4" w:themeFill="accent1" w:themeFillTint="66"/>
        <w:spacing w:before="240"/>
        <w:rPr>
          <w:rFonts w:ascii="Calibri" w:hAnsi="Calibri" w:cs="Calibri"/>
          <w:color w:val="000000" w:themeColor="text1"/>
          <w:sz w:val="22"/>
          <w:szCs w:val="22"/>
        </w:rPr>
      </w:pPr>
      <w:r w:rsidRPr="00B74068">
        <w:rPr>
          <w:rFonts w:ascii="Calibri" w:hAnsi="Calibri" w:cs="Calibri"/>
          <w:color w:val="000000" w:themeColor="text1"/>
          <w:sz w:val="22"/>
          <w:szCs w:val="22"/>
        </w:rPr>
        <w:t>Section 1 - Applicant Information</w:t>
      </w:r>
      <w:r w:rsidR="00FF7CE4">
        <w:rPr>
          <w:rFonts w:ascii="Calibri" w:hAnsi="Calibri" w:cs="Calibri"/>
          <w:color w:val="000000" w:themeColor="text1"/>
          <w:sz w:val="22"/>
          <w:szCs w:val="22"/>
        </w:rPr>
        <w:t xml:space="preserve"> </w:t>
      </w:r>
    </w:p>
    <w:p w14:paraId="33D64E2F" w14:textId="77777777" w:rsidR="00DB3BA7" w:rsidRPr="00DB3BA7" w:rsidRDefault="00DB3BA7" w:rsidP="00DB3BA7">
      <w:pPr>
        <w:spacing w:after="0"/>
      </w:pPr>
    </w:p>
    <w:tbl>
      <w:tblPr>
        <w:tblStyle w:val="TableGrid"/>
        <w:tblW w:w="0" w:type="auto"/>
        <w:jc w:val="center"/>
        <w:tblLook w:val="04A0" w:firstRow="1" w:lastRow="0" w:firstColumn="1" w:lastColumn="0" w:noHBand="0" w:noVBand="1"/>
      </w:tblPr>
      <w:tblGrid>
        <w:gridCol w:w="3505"/>
        <w:gridCol w:w="6495"/>
      </w:tblGrid>
      <w:tr w:rsidR="00C945C2" w:rsidRPr="00B74068" w14:paraId="47F200CC" w14:textId="77777777" w:rsidTr="00CE458B">
        <w:trPr>
          <w:jc w:val="center"/>
        </w:trPr>
        <w:tc>
          <w:tcPr>
            <w:tcW w:w="3505" w:type="dxa"/>
            <w:shd w:val="clear" w:color="auto" w:fill="DBE5F1" w:themeFill="accent1" w:themeFillTint="33"/>
          </w:tcPr>
          <w:p w14:paraId="10A3CF70"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Applicant Agency Name</w:t>
            </w:r>
          </w:p>
        </w:tc>
        <w:tc>
          <w:tcPr>
            <w:tcW w:w="6495" w:type="dxa"/>
          </w:tcPr>
          <w:p w14:paraId="7759B7E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Applicant Agency Name"/>
                <w:tag w:val="Applicant Agency Name"/>
                <w:id w:val="-901292362"/>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060F0E0E" w14:textId="77777777" w:rsidTr="00CE458B">
        <w:trPr>
          <w:jc w:val="center"/>
        </w:trPr>
        <w:tc>
          <w:tcPr>
            <w:tcW w:w="3505" w:type="dxa"/>
            <w:shd w:val="clear" w:color="auto" w:fill="DBE5F1" w:themeFill="accent1" w:themeFillTint="33"/>
          </w:tcPr>
          <w:p w14:paraId="2A157C22"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Project Name</w:t>
            </w:r>
          </w:p>
        </w:tc>
        <w:tc>
          <w:tcPr>
            <w:tcW w:w="6495" w:type="dxa"/>
          </w:tcPr>
          <w:p w14:paraId="1547FF05"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roject Name"/>
                <w:tag w:val="Project Name"/>
                <w:id w:val="-957016663"/>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36E9CCC3" w14:textId="77777777" w:rsidTr="00CE458B">
        <w:trPr>
          <w:jc w:val="center"/>
        </w:trPr>
        <w:tc>
          <w:tcPr>
            <w:tcW w:w="3505" w:type="dxa"/>
            <w:shd w:val="clear" w:color="auto" w:fill="DBE5F1" w:themeFill="accent1" w:themeFillTint="33"/>
          </w:tcPr>
          <w:p w14:paraId="0A9ADB26"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Primary Contact Name</w:t>
            </w:r>
          </w:p>
        </w:tc>
        <w:tc>
          <w:tcPr>
            <w:tcW w:w="6495" w:type="dxa"/>
          </w:tcPr>
          <w:p w14:paraId="71D5ECC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rimary Contact Name"/>
                <w:tag w:val="Primary Contact Name"/>
                <w:id w:val="1102535880"/>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5802685C" w14:textId="77777777" w:rsidTr="00CE458B">
        <w:trPr>
          <w:jc w:val="center"/>
        </w:trPr>
        <w:tc>
          <w:tcPr>
            <w:tcW w:w="3505" w:type="dxa"/>
            <w:shd w:val="clear" w:color="auto" w:fill="DBE5F1" w:themeFill="accent1" w:themeFillTint="33"/>
          </w:tcPr>
          <w:p w14:paraId="4261247D"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Primary Contact Title</w:t>
            </w:r>
          </w:p>
        </w:tc>
        <w:tc>
          <w:tcPr>
            <w:tcW w:w="6495" w:type="dxa"/>
          </w:tcPr>
          <w:p w14:paraId="23C1AC7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rimary Contact Title"/>
                <w:tag w:val="Primary Contact Title"/>
                <w:id w:val="-993337297"/>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218C68E4" w14:textId="77777777" w:rsidTr="00CE458B">
        <w:trPr>
          <w:jc w:val="center"/>
        </w:trPr>
        <w:tc>
          <w:tcPr>
            <w:tcW w:w="3505" w:type="dxa"/>
            <w:shd w:val="clear" w:color="auto" w:fill="DBE5F1" w:themeFill="accent1" w:themeFillTint="33"/>
          </w:tcPr>
          <w:p w14:paraId="6F6A796B"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Email</w:t>
            </w:r>
          </w:p>
        </w:tc>
        <w:tc>
          <w:tcPr>
            <w:tcW w:w="6495" w:type="dxa"/>
          </w:tcPr>
          <w:p w14:paraId="62C10291"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mail"/>
                <w:tag w:val="Email"/>
                <w:id w:val="-738170793"/>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0AFC2B8E" w14:textId="77777777" w:rsidTr="00CE458B">
        <w:trPr>
          <w:jc w:val="center"/>
        </w:trPr>
        <w:tc>
          <w:tcPr>
            <w:tcW w:w="3505" w:type="dxa"/>
            <w:shd w:val="clear" w:color="auto" w:fill="DBE5F1" w:themeFill="accent1" w:themeFillTint="33"/>
          </w:tcPr>
          <w:p w14:paraId="22A0C21B"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Phone</w:t>
            </w:r>
          </w:p>
        </w:tc>
        <w:tc>
          <w:tcPr>
            <w:tcW w:w="6495" w:type="dxa"/>
          </w:tcPr>
          <w:p w14:paraId="0C434008"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hone"/>
                <w:tag w:val="Phone"/>
                <w:id w:val="593287190"/>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296E2982" w14:textId="77777777" w:rsidTr="00CE458B">
        <w:trPr>
          <w:jc w:val="center"/>
        </w:trPr>
        <w:tc>
          <w:tcPr>
            <w:tcW w:w="3505" w:type="dxa"/>
            <w:shd w:val="clear" w:color="auto" w:fill="DBE5F1" w:themeFill="accent1" w:themeFillTint="33"/>
          </w:tcPr>
          <w:p w14:paraId="071FA65B"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Agency Address</w:t>
            </w:r>
          </w:p>
        </w:tc>
        <w:tc>
          <w:tcPr>
            <w:tcW w:w="6495" w:type="dxa"/>
          </w:tcPr>
          <w:p w14:paraId="643D944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Agency Address"/>
                <w:tag w:val="Agency Address"/>
                <w:id w:val="637690864"/>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5324327A" w14:textId="77777777" w:rsidTr="00CE458B">
        <w:trPr>
          <w:jc w:val="center"/>
        </w:trPr>
        <w:tc>
          <w:tcPr>
            <w:tcW w:w="3505" w:type="dxa"/>
            <w:shd w:val="clear" w:color="auto" w:fill="DBE5F1" w:themeFill="accent1" w:themeFillTint="33"/>
          </w:tcPr>
          <w:p w14:paraId="023B1F2C"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Agency Website</w:t>
            </w:r>
          </w:p>
        </w:tc>
        <w:tc>
          <w:tcPr>
            <w:tcW w:w="6495" w:type="dxa"/>
          </w:tcPr>
          <w:p w14:paraId="31277E47"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Agency Website"/>
                <w:tag w:val="Agency Website"/>
                <w:id w:val="1238060039"/>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6C6C5BC3" w14:textId="77777777" w:rsidTr="00CE458B">
        <w:trPr>
          <w:jc w:val="center"/>
        </w:trPr>
        <w:tc>
          <w:tcPr>
            <w:tcW w:w="3505" w:type="dxa"/>
            <w:shd w:val="clear" w:color="auto" w:fill="DBE5F1" w:themeFill="accent1" w:themeFillTint="33"/>
          </w:tcPr>
          <w:p w14:paraId="2EB14425"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Executive Director / CEO</w:t>
            </w:r>
          </w:p>
        </w:tc>
        <w:tc>
          <w:tcPr>
            <w:tcW w:w="6495" w:type="dxa"/>
          </w:tcPr>
          <w:p w14:paraId="61900067"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xecutive Director / CEO"/>
                <w:tag w:val="Executive Director / CEO"/>
                <w:id w:val="-223758181"/>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35907BD8" w14:textId="77777777" w:rsidTr="00CE458B">
        <w:trPr>
          <w:jc w:val="center"/>
        </w:trPr>
        <w:tc>
          <w:tcPr>
            <w:tcW w:w="3505" w:type="dxa"/>
            <w:shd w:val="clear" w:color="auto" w:fill="DBE5F1" w:themeFill="accent1" w:themeFillTint="33"/>
          </w:tcPr>
          <w:p w14:paraId="14093AB5"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Fiscal Contact</w:t>
            </w:r>
          </w:p>
        </w:tc>
        <w:tc>
          <w:tcPr>
            <w:tcW w:w="6495" w:type="dxa"/>
          </w:tcPr>
          <w:p w14:paraId="411DF6C3"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Fiscal Contact"/>
                <w:tag w:val="Fiscal Contact"/>
                <w:id w:val="1772430650"/>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2CDC0D37" w14:textId="77777777" w:rsidTr="00CE458B">
        <w:trPr>
          <w:jc w:val="center"/>
        </w:trPr>
        <w:tc>
          <w:tcPr>
            <w:tcW w:w="3505" w:type="dxa"/>
            <w:shd w:val="clear" w:color="auto" w:fill="DBE5F1" w:themeFill="accent1" w:themeFillTint="33"/>
          </w:tcPr>
          <w:p w14:paraId="02EBE19E" w14:textId="25B60F5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e-snaps Contact</w:t>
            </w:r>
            <w:r w:rsidR="005E5E65">
              <w:rPr>
                <w:rFonts w:ascii="Calibri" w:hAnsi="Calibri" w:cs="Calibri"/>
                <w:b/>
                <w:color w:val="000000" w:themeColor="text1"/>
                <w:sz w:val="22"/>
              </w:rPr>
              <w:t xml:space="preserve"> (to complete online application)</w:t>
            </w:r>
          </w:p>
        </w:tc>
        <w:tc>
          <w:tcPr>
            <w:tcW w:w="6495" w:type="dxa"/>
          </w:tcPr>
          <w:p w14:paraId="2E3B1D3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snaps Contact"/>
                <w:tag w:val="e-snaps Contact"/>
                <w:id w:val="1948664400"/>
                <w:text/>
              </w:sdtPr>
              <w:sdtEndPr/>
              <w:sdtContent>
                <w:r w:rsidR="00FB3664" w:rsidRPr="00B74068">
                  <w:rPr>
                    <w:rFonts w:ascii="Calibri" w:hAnsi="Calibri" w:cs="Calibri"/>
                    <w:color w:val="000000" w:themeColor="text1"/>
                    <w:sz w:val="22"/>
                  </w:rPr>
                  <w:t>Click or tap here to enter text.</w:t>
                </w:r>
              </w:sdtContent>
            </w:sdt>
          </w:p>
        </w:tc>
      </w:tr>
    </w:tbl>
    <w:p w14:paraId="7A6C0F4A" w14:textId="77777777" w:rsidR="005E5E65" w:rsidRDefault="005E5E65">
      <w:pPr>
        <w:rPr>
          <w:rFonts w:ascii="Calibri" w:eastAsiaTheme="majorEastAsia" w:hAnsi="Calibri" w:cs="Calibri"/>
          <w:b/>
          <w:bCs/>
          <w:color w:val="000000" w:themeColor="text1"/>
          <w:sz w:val="22"/>
        </w:rPr>
      </w:pPr>
      <w:r>
        <w:rPr>
          <w:rFonts w:ascii="Calibri" w:hAnsi="Calibri" w:cs="Calibri"/>
          <w:color w:val="000000" w:themeColor="text1"/>
        </w:rPr>
        <w:br w:type="page"/>
      </w:r>
    </w:p>
    <w:p w14:paraId="10F3BFBD" w14:textId="36E49670" w:rsidR="00C945C2" w:rsidRPr="00B74068" w:rsidRDefault="00FB3664">
      <w:pPr>
        <w:pStyle w:val="Heading2"/>
        <w:rPr>
          <w:rFonts w:ascii="Calibri" w:hAnsi="Calibri" w:cs="Calibri"/>
          <w:color w:val="000000" w:themeColor="text1"/>
          <w:szCs w:val="22"/>
        </w:rPr>
      </w:pPr>
      <w:r w:rsidRPr="00B74068">
        <w:rPr>
          <w:rFonts w:ascii="Calibri" w:hAnsi="Calibri" w:cs="Calibri"/>
          <w:color w:val="000000" w:themeColor="text1"/>
          <w:szCs w:val="22"/>
        </w:rPr>
        <w:lastRenderedPageBreak/>
        <w:t>Applicant Type</w:t>
      </w:r>
    </w:p>
    <w:tbl>
      <w:tblPr>
        <w:tblStyle w:val="TableGrid"/>
        <w:tblW w:w="0" w:type="auto"/>
        <w:jc w:val="center"/>
        <w:tblLook w:val="04A0" w:firstRow="1" w:lastRow="0" w:firstColumn="1" w:lastColumn="0" w:noHBand="0" w:noVBand="1"/>
      </w:tblPr>
      <w:tblGrid>
        <w:gridCol w:w="4364"/>
        <w:gridCol w:w="5850"/>
      </w:tblGrid>
      <w:tr w:rsidR="00C945C2" w:rsidRPr="00B74068" w14:paraId="2B32F18C" w14:textId="77777777" w:rsidTr="00DB3BA7">
        <w:trPr>
          <w:jc w:val="center"/>
        </w:trPr>
        <w:tc>
          <w:tcPr>
            <w:tcW w:w="4364" w:type="dxa"/>
          </w:tcPr>
          <w:p w14:paraId="720F777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Nonprofit organization"/>
                <w:tag w:val="Nonprofit_organization"/>
                <w:id w:val="96155747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Nonprofit organization    </w:t>
            </w:r>
          </w:p>
        </w:tc>
        <w:tc>
          <w:tcPr>
            <w:tcW w:w="5850" w:type="dxa"/>
          </w:tcPr>
          <w:p w14:paraId="56663CAF" w14:textId="444D0EA8"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Instrumentality of state/local government"/>
                <w:tag w:val="Instrumentality_of_state/local_governmen"/>
                <w:id w:val="733539236"/>
                <w14:checkbox>
                  <w14:checked w14:val="0"/>
                  <w14:checkedState w14:val="2612" w14:font="MS Gothic"/>
                  <w14:uncheckedState w14:val="2610" w14:font="MS Gothic"/>
                </w14:checkbox>
              </w:sdtPr>
              <w:sdtEndPr/>
              <w:sdtContent>
                <w:r w:rsidR="00DB3BA7" w:rsidRPr="00B74068">
                  <w:rPr>
                    <w:rFonts w:ascii="Segoe UI Symbol" w:eastAsia="MS Gothic" w:hAnsi="Segoe UI Symbol" w:cs="Segoe UI Symbol"/>
                    <w:color w:val="000000" w:themeColor="text1"/>
                    <w:sz w:val="22"/>
                  </w:rPr>
                  <w:t>☐</w:t>
                </w:r>
              </w:sdtContent>
            </w:sdt>
            <w:r w:rsidR="00DB3BA7" w:rsidRPr="00B74068">
              <w:rPr>
                <w:rFonts w:ascii="Calibri" w:hAnsi="Calibri" w:cs="Calibri"/>
                <w:color w:val="000000" w:themeColor="text1"/>
                <w:sz w:val="22"/>
              </w:rPr>
              <w:t xml:space="preserve"> Instrumentality of state/local government    </w:t>
            </w:r>
          </w:p>
        </w:tc>
      </w:tr>
      <w:tr w:rsidR="00C945C2" w:rsidRPr="00B74068" w14:paraId="273839BE" w14:textId="77777777" w:rsidTr="00DB3BA7">
        <w:trPr>
          <w:jc w:val="center"/>
        </w:trPr>
        <w:tc>
          <w:tcPr>
            <w:tcW w:w="4364" w:type="dxa"/>
          </w:tcPr>
          <w:p w14:paraId="5C6957E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Local government"/>
                <w:tag w:val="Local_government"/>
                <w:id w:val="69515491"/>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Local government    </w:t>
            </w:r>
          </w:p>
        </w:tc>
        <w:tc>
          <w:tcPr>
            <w:tcW w:w="5850" w:type="dxa"/>
          </w:tcPr>
          <w:p w14:paraId="505D52A4" w14:textId="6CE709B8"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Other"/>
                <w:tag w:val="Other"/>
                <w:id w:val="336119039"/>
                <w14:checkbox>
                  <w14:checked w14:val="0"/>
                  <w14:checkedState w14:val="2612" w14:font="MS Gothic"/>
                  <w14:uncheckedState w14:val="2610" w14:font="MS Gothic"/>
                </w14:checkbox>
              </w:sdtPr>
              <w:sdtEndPr/>
              <w:sdtContent>
                <w:r w:rsidR="00DB3BA7" w:rsidRPr="00B74068">
                  <w:rPr>
                    <w:rFonts w:ascii="Segoe UI Symbol" w:eastAsia="MS Gothic" w:hAnsi="Segoe UI Symbol" w:cs="Segoe UI Symbol"/>
                    <w:color w:val="000000" w:themeColor="text1"/>
                    <w:sz w:val="22"/>
                  </w:rPr>
                  <w:t>☐</w:t>
                </w:r>
              </w:sdtContent>
            </w:sdt>
            <w:r w:rsidR="00DB3BA7" w:rsidRPr="00B74068">
              <w:rPr>
                <w:rFonts w:ascii="Calibri" w:hAnsi="Calibri" w:cs="Calibri"/>
                <w:color w:val="000000" w:themeColor="text1"/>
                <w:sz w:val="22"/>
              </w:rPr>
              <w:t xml:space="preserve"> Other    </w:t>
            </w:r>
          </w:p>
        </w:tc>
      </w:tr>
      <w:tr w:rsidR="00C945C2" w:rsidRPr="00B74068" w14:paraId="11B81060" w14:textId="77777777" w:rsidTr="004567B6">
        <w:trPr>
          <w:jc w:val="center"/>
        </w:trPr>
        <w:tc>
          <w:tcPr>
            <w:tcW w:w="4364" w:type="dxa"/>
            <w:shd w:val="clear" w:color="auto" w:fill="DBE5F1" w:themeFill="accent1" w:themeFillTint="33"/>
          </w:tcPr>
          <w:p w14:paraId="3BDFAE91"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SAM.gov Status</w:t>
            </w:r>
          </w:p>
        </w:tc>
        <w:tc>
          <w:tcPr>
            <w:tcW w:w="5850" w:type="dxa"/>
          </w:tcPr>
          <w:p w14:paraId="0F38D10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AM.gov Status"/>
                <w:tag w:val="SAM.gov Status"/>
                <w:id w:val="1207843787"/>
                <w:text/>
              </w:sdtPr>
              <w:sdtEndPr/>
              <w:sdtContent>
                <w:r w:rsidR="00FB3664" w:rsidRPr="00B74068">
                  <w:rPr>
                    <w:rFonts w:ascii="Calibri" w:hAnsi="Calibri" w:cs="Calibri"/>
                    <w:color w:val="000000" w:themeColor="text1"/>
                    <w:sz w:val="22"/>
                  </w:rPr>
                  <w:t>Type response here.</w:t>
                </w:r>
              </w:sdtContent>
            </w:sdt>
          </w:p>
        </w:tc>
      </w:tr>
      <w:tr w:rsidR="00C945C2" w:rsidRPr="00B74068" w14:paraId="1A55F192" w14:textId="77777777" w:rsidTr="004567B6">
        <w:trPr>
          <w:jc w:val="center"/>
        </w:trPr>
        <w:tc>
          <w:tcPr>
            <w:tcW w:w="4364" w:type="dxa"/>
            <w:shd w:val="clear" w:color="auto" w:fill="DBE5F1" w:themeFill="accent1" w:themeFillTint="33"/>
          </w:tcPr>
          <w:p w14:paraId="5D58FF00"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UEI Number</w:t>
            </w:r>
          </w:p>
        </w:tc>
        <w:tc>
          <w:tcPr>
            <w:tcW w:w="5850" w:type="dxa"/>
          </w:tcPr>
          <w:p w14:paraId="3A3B91D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UEI Number"/>
                <w:tag w:val="UEI Number"/>
                <w:id w:val="1042950171"/>
                <w:text/>
              </w:sdtPr>
              <w:sdtEndPr/>
              <w:sdtContent>
                <w:r w:rsidR="00FB3664" w:rsidRPr="00B74068">
                  <w:rPr>
                    <w:rFonts w:ascii="Calibri" w:hAnsi="Calibri" w:cs="Calibri"/>
                    <w:color w:val="000000" w:themeColor="text1"/>
                    <w:sz w:val="22"/>
                  </w:rPr>
                  <w:t>Type response here.</w:t>
                </w:r>
              </w:sdtContent>
            </w:sdt>
          </w:p>
        </w:tc>
      </w:tr>
      <w:tr w:rsidR="00C945C2" w:rsidRPr="00B74068" w14:paraId="086B4A8C" w14:textId="77777777" w:rsidTr="004567B6">
        <w:trPr>
          <w:jc w:val="center"/>
        </w:trPr>
        <w:tc>
          <w:tcPr>
            <w:tcW w:w="4364" w:type="dxa"/>
            <w:shd w:val="clear" w:color="auto" w:fill="DBE5F1" w:themeFill="accent1" w:themeFillTint="33"/>
          </w:tcPr>
          <w:p w14:paraId="6E211E11"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Prior experience with federal grants?</w:t>
            </w:r>
          </w:p>
        </w:tc>
        <w:tc>
          <w:tcPr>
            <w:tcW w:w="5850" w:type="dxa"/>
          </w:tcPr>
          <w:p w14:paraId="078B5C9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rior experience with federal grants?"/>
                <w:tag w:val="Prior experience with federal grants?"/>
                <w:id w:val="-276335450"/>
                <w:text/>
              </w:sdtPr>
              <w:sdtEndPr/>
              <w:sdtContent>
                <w:r w:rsidR="00FB3664" w:rsidRPr="00B74068">
                  <w:rPr>
                    <w:rFonts w:ascii="Calibri" w:hAnsi="Calibri" w:cs="Calibri"/>
                    <w:color w:val="000000" w:themeColor="text1"/>
                    <w:sz w:val="22"/>
                  </w:rPr>
                  <w:t>Type response here.</w:t>
                </w:r>
              </w:sdtContent>
            </w:sdt>
          </w:p>
        </w:tc>
      </w:tr>
    </w:tbl>
    <w:p w14:paraId="4CB56184" w14:textId="77777777" w:rsidR="003C694A" w:rsidRDefault="003C694A" w:rsidP="003C694A">
      <w:pPr>
        <w:spacing w:after="0"/>
        <w:rPr>
          <w:rFonts w:ascii="Calibri" w:hAnsi="Calibri" w:cs="Calibri"/>
          <w:color w:val="000000" w:themeColor="text1"/>
          <w:sz w:val="22"/>
        </w:rPr>
      </w:pPr>
    </w:p>
    <w:p w14:paraId="7B2B5CC5" w14:textId="77777777" w:rsidR="003C694A" w:rsidRDefault="003C694A" w:rsidP="003C694A">
      <w:pPr>
        <w:spacing w:after="0"/>
        <w:rPr>
          <w:rFonts w:ascii="Calibri" w:hAnsi="Calibri" w:cs="Calibri"/>
          <w:color w:val="000000" w:themeColor="text1"/>
          <w:sz w:val="22"/>
        </w:rPr>
      </w:pPr>
      <w:r>
        <w:rPr>
          <w:rFonts w:ascii="Calibri" w:hAnsi="Calibri" w:cs="Calibri"/>
          <w:color w:val="000000" w:themeColor="text1"/>
          <w:sz w:val="22"/>
        </w:rPr>
        <w:t>*</w:t>
      </w:r>
      <w:r w:rsidRPr="00C50F62">
        <w:rPr>
          <w:rFonts w:ascii="Calibri" w:hAnsi="Calibri" w:cs="Calibri"/>
          <w:b/>
          <w:bCs/>
          <w:color w:val="000000" w:themeColor="text1"/>
          <w:sz w:val="22"/>
        </w:rPr>
        <w:t>Attachment Requirements</w:t>
      </w:r>
      <w:r>
        <w:rPr>
          <w:rFonts w:ascii="Calibri" w:hAnsi="Calibri" w:cs="Calibri"/>
          <w:color w:val="000000" w:themeColor="text1"/>
          <w:sz w:val="22"/>
        </w:rPr>
        <w:t xml:space="preserve">: </w:t>
      </w:r>
    </w:p>
    <w:p w14:paraId="245102CD" w14:textId="77777777" w:rsidR="00C50F62" w:rsidRDefault="00C50F62" w:rsidP="003C694A">
      <w:pPr>
        <w:pStyle w:val="ListParagraph"/>
        <w:numPr>
          <w:ilvl w:val="0"/>
          <w:numId w:val="11"/>
        </w:numPr>
        <w:rPr>
          <w:rFonts w:ascii="Calibri" w:hAnsi="Calibri" w:cs="Calibri"/>
          <w:color w:val="000000" w:themeColor="text1"/>
          <w:sz w:val="22"/>
        </w:rPr>
      </w:pPr>
      <w:r>
        <w:rPr>
          <w:rFonts w:ascii="Calibri" w:hAnsi="Calibri" w:cs="Calibri"/>
          <w:color w:val="000000" w:themeColor="text1"/>
          <w:sz w:val="22"/>
        </w:rPr>
        <w:t xml:space="preserve">All applicants must attach </w:t>
      </w:r>
      <w:r w:rsidRPr="00B74068">
        <w:rPr>
          <w:rFonts w:ascii="Calibri" w:hAnsi="Calibri" w:cs="Calibri"/>
          <w:color w:val="000000" w:themeColor="text1"/>
          <w:sz w:val="22"/>
        </w:rPr>
        <w:t>SAM.gov / UEI confirmation</w:t>
      </w:r>
      <w:r w:rsidRPr="003C694A">
        <w:rPr>
          <w:rFonts w:ascii="Calibri" w:hAnsi="Calibri" w:cs="Calibri"/>
          <w:color w:val="000000" w:themeColor="text1"/>
          <w:sz w:val="22"/>
        </w:rPr>
        <w:t xml:space="preserve"> </w:t>
      </w:r>
    </w:p>
    <w:p w14:paraId="58CB9025" w14:textId="52E53AA1" w:rsidR="003C694A" w:rsidRDefault="003C694A" w:rsidP="003C694A">
      <w:pPr>
        <w:pStyle w:val="ListParagraph"/>
        <w:numPr>
          <w:ilvl w:val="0"/>
          <w:numId w:val="11"/>
        </w:numPr>
        <w:rPr>
          <w:rFonts w:ascii="Calibri" w:hAnsi="Calibri" w:cs="Calibri"/>
          <w:color w:val="000000" w:themeColor="text1"/>
          <w:sz w:val="22"/>
        </w:rPr>
      </w:pPr>
      <w:r w:rsidRPr="003C694A">
        <w:rPr>
          <w:rFonts w:ascii="Calibri" w:hAnsi="Calibri" w:cs="Calibri"/>
          <w:color w:val="000000" w:themeColor="text1"/>
          <w:sz w:val="22"/>
        </w:rPr>
        <w:t>Nonprofit organizations must attach proof of 501(c)(3) status</w:t>
      </w:r>
    </w:p>
    <w:p w14:paraId="54240708" w14:textId="08D18A68" w:rsidR="00C945C2" w:rsidRPr="00B74068" w:rsidRDefault="00FB3664" w:rsidP="003A49A5">
      <w:pPr>
        <w:pStyle w:val="Heading1"/>
        <w:shd w:val="clear" w:color="auto" w:fill="B8CCE4" w:themeFill="accent1" w:themeFillTint="66"/>
        <w:spacing w:before="360"/>
        <w:rPr>
          <w:rFonts w:ascii="Calibri" w:hAnsi="Calibri" w:cs="Calibri"/>
          <w:color w:val="000000" w:themeColor="text1"/>
          <w:sz w:val="22"/>
          <w:szCs w:val="22"/>
        </w:rPr>
      </w:pPr>
      <w:r w:rsidRPr="00B74068">
        <w:rPr>
          <w:rFonts w:ascii="Calibri" w:hAnsi="Calibri" w:cs="Calibri"/>
          <w:color w:val="000000" w:themeColor="text1"/>
          <w:sz w:val="22"/>
          <w:szCs w:val="22"/>
        </w:rPr>
        <w:t>Section 2 - Project Type and Funding Request</w:t>
      </w:r>
    </w:p>
    <w:p w14:paraId="052E96DA" w14:textId="77777777" w:rsidR="00C945C2" w:rsidRPr="00B74068" w:rsidRDefault="00FB3664">
      <w:pPr>
        <w:pStyle w:val="Heading2"/>
        <w:rPr>
          <w:rFonts w:ascii="Calibri" w:hAnsi="Calibri" w:cs="Calibri"/>
          <w:color w:val="000000" w:themeColor="text1"/>
          <w:szCs w:val="22"/>
        </w:rPr>
      </w:pPr>
      <w:r w:rsidRPr="00B74068">
        <w:rPr>
          <w:rFonts w:ascii="Calibri" w:hAnsi="Calibri" w:cs="Calibri"/>
          <w:color w:val="000000" w:themeColor="text1"/>
          <w:szCs w:val="22"/>
        </w:rPr>
        <w:t>2.1 Project Type</w:t>
      </w:r>
    </w:p>
    <w:tbl>
      <w:tblPr>
        <w:tblStyle w:val="TableGrid"/>
        <w:tblW w:w="0" w:type="auto"/>
        <w:jc w:val="center"/>
        <w:tblLook w:val="04A0" w:firstRow="1" w:lastRow="0" w:firstColumn="1" w:lastColumn="0" w:noHBand="0" w:noVBand="1"/>
      </w:tblPr>
      <w:tblGrid>
        <w:gridCol w:w="5109"/>
        <w:gridCol w:w="5105"/>
      </w:tblGrid>
      <w:tr w:rsidR="00C945C2" w:rsidRPr="00B74068" w14:paraId="357CA7E6" w14:textId="77777777" w:rsidTr="005E5E65">
        <w:trPr>
          <w:jc w:val="center"/>
        </w:trPr>
        <w:tc>
          <w:tcPr>
            <w:tcW w:w="5109" w:type="dxa"/>
          </w:tcPr>
          <w:p w14:paraId="675DCD9C"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Transitional Housing - TH"/>
                <w:tag w:val="Transitional_Housing_-_TH"/>
                <w:id w:val="414578482"/>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Transitional Housing - TH    </w:t>
            </w:r>
          </w:p>
        </w:tc>
        <w:tc>
          <w:tcPr>
            <w:tcW w:w="5105" w:type="dxa"/>
          </w:tcPr>
          <w:p w14:paraId="14A5BE27"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upportive Services Only - SSO"/>
                <w:tag w:val="Supportive_Services_Only_-_SSO"/>
                <w:id w:val="676364992"/>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Supportive Services Only - SSO    </w:t>
            </w:r>
          </w:p>
        </w:tc>
      </w:tr>
      <w:tr w:rsidR="00C945C2" w:rsidRPr="00B74068" w14:paraId="4DED080B" w14:textId="77777777" w:rsidTr="005E5E65">
        <w:trPr>
          <w:jc w:val="center"/>
        </w:trPr>
        <w:tc>
          <w:tcPr>
            <w:tcW w:w="5109" w:type="dxa"/>
          </w:tcPr>
          <w:p w14:paraId="0A41F235"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SO - Coordinated Entry"/>
                <w:tag w:val="SSO_-_Coordinated_Entry"/>
                <w:id w:val="557597752"/>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SSO - Coordinated Entry    </w:t>
            </w:r>
          </w:p>
        </w:tc>
        <w:tc>
          <w:tcPr>
            <w:tcW w:w="5105" w:type="dxa"/>
          </w:tcPr>
          <w:p w14:paraId="1EF591F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SO - Street Outreach"/>
                <w:tag w:val="SSO_-_Street_Outreach"/>
                <w:id w:val="341394261"/>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SSO - Street Outreach    </w:t>
            </w:r>
          </w:p>
        </w:tc>
      </w:tr>
    </w:tbl>
    <w:p w14:paraId="062B06D8" w14:textId="77777777" w:rsidR="00C945C2" w:rsidRPr="00B74068" w:rsidRDefault="00FB3664">
      <w:pPr>
        <w:pStyle w:val="Heading2"/>
        <w:rPr>
          <w:rFonts w:ascii="Calibri" w:hAnsi="Calibri" w:cs="Calibri"/>
          <w:color w:val="000000" w:themeColor="text1"/>
          <w:szCs w:val="22"/>
        </w:rPr>
      </w:pPr>
      <w:r w:rsidRPr="00B74068">
        <w:rPr>
          <w:rFonts w:ascii="Calibri" w:hAnsi="Calibri" w:cs="Calibri"/>
          <w:color w:val="000000" w:themeColor="text1"/>
          <w:szCs w:val="22"/>
        </w:rPr>
        <w:t>2.2 Funding Source</w:t>
      </w:r>
    </w:p>
    <w:tbl>
      <w:tblPr>
        <w:tblStyle w:val="TableGrid"/>
        <w:tblW w:w="0" w:type="auto"/>
        <w:jc w:val="center"/>
        <w:tblLook w:val="04A0" w:firstRow="1" w:lastRow="0" w:firstColumn="1" w:lastColumn="0" w:noHBand="0" w:noVBand="1"/>
      </w:tblPr>
      <w:tblGrid>
        <w:gridCol w:w="4287"/>
        <w:gridCol w:w="5927"/>
      </w:tblGrid>
      <w:tr w:rsidR="00C945C2" w:rsidRPr="00B74068" w14:paraId="35277435" w14:textId="77777777" w:rsidTr="00DB3BA7">
        <w:trPr>
          <w:jc w:val="center"/>
        </w:trPr>
        <w:tc>
          <w:tcPr>
            <w:tcW w:w="4287" w:type="dxa"/>
          </w:tcPr>
          <w:p w14:paraId="3BB24AD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CoC Bonus"/>
                <w:tag w:val="CoC_Bonus"/>
                <w:id w:val="756253302"/>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CoC Bonus    </w:t>
            </w:r>
          </w:p>
        </w:tc>
        <w:tc>
          <w:tcPr>
            <w:tcW w:w="5927" w:type="dxa"/>
          </w:tcPr>
          <w:p w14:paraId="41ECD155"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DV Bonus"/>
                <w:tag w:val="DV_Bonus"/>
                <w:id w:val="532189197"/>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DV Bonus    </w:t>
            </w:r>
          </w:p>
        </w:tc>
      </w:tr>
      <w:tr w:rsidR="00C945C2" w:rsidRPr="00B74068" w14:paraId="44CDB439" w14:textId="77777777" w:rsidTr="00DB3BA7">
        <w:trPr>
          <w:jc w:val="center"/>
        </w:trPr>
        <w:tc>
          <w:tcPr>
            <w:tcW w:w="4287" w:type="dxa"/>
          </w:tcPr>
          <w:p w14:paraId="45A1F64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Reallocation"/>
                <w:tag w:val="Reallocation"/>
                <w:id w:val="799757850"/>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Reallocation    </w:t>
            </w:r>
          </w:p>
        </w:tc>
        <w:tc>
          <w:tcPr>
            <w:tcW w:w="5927" w:type="dxa"/>
          </w:tcPr>
          <w:p w14:paraId="717230F9" w14:textId="2994A19A"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Transition from existing renewal project"/>
                <w:tag w:val="Transition_from_existing_renewal_project"/>
                <w:id w:val="9639164"/>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w:t>
            </w:r>
            <w:r w:rsidR="005E5E65">
              <w:rPr>
                <w:rFonts w:ascii="Calibri" w:hAnsi="Calibri" w:cs="Calibri"/>
                <w:color w:val="000000" w:themeColor="text1"/>
                <w:sz w:val="22"/>
              </w:rPr>
              <w:t>Replacement/</w:t>
            </w:r>
            <w:r w:rsidR="00FB3664" w:rsidRPr="00B74068">
              <w:rPr>
                <w:rFonts w:ascii="Calibri" w:hAnsi="Calibri" w:cs="Calibri"/>
                <w:color w:val="000000" w:themeColor="text1"/>
                <w:sz w:val="22"/>
              </w:rPr>
              <w:t xml:space="preserve">Transition from existing renewal project    </w:t>
            </w:r>
          </w:p>
        </w:tc>
      </w:tr>
      <w:tr w:rsidR="00C945C2" w:rsidRPr="00B74068" w14:paraId="6ECB6F21" w14:textId="77777777" w:rsidTr="00DB3BA7">
        <w:trPr>
          <w:jc w:val="center"/>
        </w:trPr>
        <w:tc>
          <w:tcPr>
            <w:tcW w:w="4287" w:type="dxa"/>
          </w:tcPr>
          <w:p w14:paraId="2287BA9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xpansion of existing project"/>
                <w:tag w:val="Expansion_of_existing_project"/>
                <w:id w:val="65473584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Expansion of existing project    </w:t>
            </w:r>
          </w:p>
        </w:tc>
        <w:tc>
          <w:tcPr>
            <w:tcW w:w="5927" w:type="dxa"/>
          </w:tcPr>
          <w:p w14:paraId="4C0ECC96" w14:textId="4B66573F"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Unsure / Requesting CFTH review"/>
                <w:tag w:val="Unsure_/_Requesting_CFTH_review"/>
                <w:id w:val="215371723"/>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Unsure / Requesting </w:t>
            </w:r>
            <w:r w:rsidR="005E5E65">
              <w:rPr>
                <w:rFonts w:ascii="Calibri" w:hAnsi="Calibri" w:cs="Calibri"/>
                <w:color w:val="000000" w:themeColor="text1"/>
                <w:sz w:val="22"/>
              </w:rPr>
              <w:t>CoC</w:t>
            </w:r>
            <w:r w:rsidR="00FB3664" w:rsidRPr="00B74068">
              <w:rPr>
                <w:rFonts w:ascii="Calibri" w:hAnsi="Calibri" w:cs="Calibri"/>
                <w:color w:val="000000" w:themeColor="text1"/>
                <w:sz w:val="22"/>
              </w:rPr>
              <w:t xml:space="preserve"> review    </w:t>
            </w:r>
          </w:p>
        </w:tc>
      </w:tr>
      <w:tr w:rsidR="00C945C2" w:rsidRPr="00B74068" w14:paraId="4D3891C2" w14:textId="77777777" w:rsidTr="004567B6">
        <w:trPr>
          <w:jc w:val="center"/>
        </w:trPr>
        <w:tc>
          <w:tcPr>
            <w:tcW w:w="4287" w:type="dxa"/>
            <w:shd w:val="clear" w:color="auto" w:fill="DBE5F1" w:themeFill="accent1" w:themeFillTint="33"/>
          </w:tcPr>
          <w:p w14:paraId="0D7340A0" w14:textId="4BF67A45"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Total HUD Request</w:t>
            </w:r>
            <w:r w:rsidR="00DB3BA7">
              <w:rPr>
                <w:rFonts w:ascii="Calibri" w:hAnsi="Calibri" w:cs="Calibri"/>
                <w:b/>
                <w:color w:val="000000" w:themeColor="text1"/>
                <w:sz w:val="22"/>
              </w:rPr>
              <w:t xml:space="preserve"> (1-year grant term)</w:t>
            </w:r>
          </w:p>
        </w:tc>
        <w:tc>
          <w:tcPr>
            <w:tcW w:w="5927" w:type="dxa"/>
          </w:tcPr>
          <w:p w14:paraId="1982E284" w14:textId="11434C9D"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Total HUD Request"/>
                <w:tag w:val="Total HUD Request"/>
                <w:id w:val="-742799261"/>
                <w:text/>
              </w:sdtPr>
              <w:sdtEndPr/>
              <w:sdtContent>
                <w:r w:rsidR="00FB3664" w:rsidRPr="00B74068">
                  <w:rPr>
                    <w:rFonts w:ascii="Calibri" w:hAnsi="Calibri" w:cs="Calibri"/>
                    <w:color w:val="000000" w:themeColor="text1"/>
                    <w:sz w:val="22"/>
                  </w:rPr>
                  <w:t>$ amount</w:t>
                </w:r>
              </w:sdtContent>
            </w:sdt>
          </w:p>
        </w:tc>
      </w:tr>
      <w:tr w:rsidR="00C945C2" w:rsidRPr="00B74068" w14:paraId="6AF0386B" w14:textId="77777777" w:rsidTr="004567B6">
        <w:trPr>
          <w:jc w:val="center"/>
        </w:trPr>
        <w:tc>
          <w:tcPr>
            <w:tcW w:w="4287" w:type="dxa"/>
            <w:shd w:val="clear" w:color="auto" w:fill="DBE5F1" w:themeFill="accent1" w:themeFillTint="33"/>
          </w:tcPr>
          <w:p w14:paraId="5F9C566C"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Estimated Match Amount</w:t>
            </w:r>
          </w:p>
        </w:tc>
        <w:tc>
          <w:tcPr>
            <w:tcW w:w="5927" w:type="dxa"/>
          </w:tcPr>
          <w:p w14:paraId="0BAC456E" w14:textId="32589D0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stimated Match Amount"/>
                <w:tag w:val="Estimated Match Amount"/>
                <w:id w:val="-925041646"/>
                <w:text/>
              </w:sdtPr>
              <w:sdtEndPr/>
              <w:sdtContent>
                <w:r w:rsidR="00FB3664" w:rsidRPr="00B74068">
                  <w:rPr>
                    <w:rFonts w:ascii="Calibri" w:hAnsi="Calibri" w:cs="Calibri"/>
                    <w:color w:val="000000" w:themeColor="text1"/>
                    <w:sz w:val="22"/>
                  </w:rPr>
                  <w:t>$ amount</w:t>
                </w:r>
              </w:sdtContent>
            </w:sdt>
          </w:p>
        </w:tc>
      </w:tr>
      <w:tr w:rsidR="00C945C2" w:rsidRPr="00B74068" w14:paraId="1AA357F7" w14:textId="77777777" w:rsidTr="004567B6">
        <w:trPr>
          <w:jc w:val="center"/>
        </w:trPr>
        <w:tc>
          <w:tcPr>
            <w:tcW w:w="4287" w:type="dxa"/>
            <w:shd w:val="clear" w:color="auto" w:fill="DBE5F1" w:themeFill="accent1" w:themeFillTint="33"/>
          </w:tcPr>
          <w:p w14:paraId="1CB14833" w14:textId="63EC8BBA"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Total Project Budget</w:t>
            </w:r>
            <w:r w:rsidR="00DB3BA7">
              <w:rPr>
                <w:rFonts w:ascii="Calibri" w:hAnsi="Calibri" w:cs="Calibri"/>
                <w:b/>
                <w:color w:val="000000" w:themeColor="text1"/>
                <w:sz w:val="22"/>
              </w:rPr>
              <w:t xml:space="preserve"> (</w:t>
            </w:r>
            <w:r w:rsidRPr="00B74068">
              <w:rPr>
                <w:rFonts w:ascii="Calibri" w:hAnsi="Calibri" w:cs="Calibri"/>
                <w:b/>
                <w:color w:val="000000" w:themeColor="text1"/>
                <w:sz w:val="22"/>
              </w:rPr>
              <w:t xml:space="preserve">HUD request </w:t>
            </w:r>
            <w:r w:rsidR="00DB3BA7">
              <w:rPr>
                <w:rFonts w:ascii="Calibri" w:hAnsi="Calibri" w:cs="Calibri"/>
                <w:b/>
                <w:color w:val="000000" w:themeColor="text1"/>
                <w:sz w:val="22"/>
              </w:rPr>
              <w:t xml:space="preserve">+ </w:t>
            </w:r>
            <w:r w:rsidRPr="00B74068">
              <w:rPr>
                <w:rFonts w:ascii="Calibri" w:hAnsi="Calibri" w:cs="Calibri"/>
                <w:b/>
                <w:color w:val="000000" w:themeColor="text1"/>
                <w:sz w:val="22"/>
              </w:rPr>
              <w:t>match</w:t>
            </w:r>
            <w:r w:rsidR="00DB3BA7">
              <w:rPr>
                <w:rFonts w:ascii="Calibri" w:hAnsi="Calibri" w:cs="Calibri"/>
                <w:b/>
                <w:color w:val="000000" w:themeColor="text1"/>
                <w:sz w:val="22"/>
              </w:rPr>
              <w:t>)</w:t>
            </w:r>
          </w:p>
        </w:tc>
        <w:tc>
          <w:tcPr>
            <w:tcW w:w="5927" w:type="dxa"/>
          </w:tcPr>
          <w:p w14:paraId="582B9296" w14:textId="15609DA0"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Total Project Budget, including HUD request and match"/>
                <w:tag w:val="Total Project Budget, including HUD request and match"/>
                <w:id w:val="-1081985191"/>
                <w:text/>
              </w:sdtPr>
              <w:sdtEndPr/>
              <w:sdtContent>
                <w:r w:rsidR="00FB3664" w:rsidRPr="00B74068">
                  <w:rPr>
                    <w:rFonts w:ascii="Calibri" w:hAnsi="Calibri" w:cs="Calibri"/>
                    <w:color w:val="000000" w:themeColor="text1"/>
                    <w:sz w:val="22"/>
                  </w:rPr>
                  <w:t>$ amount</w:t>
                </w:r>
              </w:sdtContent>
            </w:sdt>
          </w:p>
        </w:tc>
      </w:tr>
    </w:tbl>
    <w:p w14:paraId="07725F8C" w14:textId="5D8ABDFE" w:rsidR="00C945C2" w:rsidRPr="00B74068" w:rsidRDefault="00FB3664" w:rsidP="003A49A5">
      <w:pPr>
        <w:pStyle w:val="Heading1"/>
        <w:shd w:val="clear" w:color="auto" w:fill="B8CCE4" w:themeFill="accent1" w:themeFillTint="66"/>
        <w:spacing w:before="360"/>
        <w:rPr>
          <w:rFonts w:ascii="Calibri" w:hAnsi="Calibri" w:cs="Calibri"/>
          <w:color w:val="000000" w:themeColor="text1"/>
          <w:sz w:val="22"/>
          <w:szCs w:val="22"/>
        </w:rPr>
      </w:pPr>
      <w:r w:rsidRPr="00B74068">
        <w:rPr>
          <w:rFonts w:ascii="Calibri" w:hAnsi="Calibri" w:cs="Calibri"/>
          <w:color w:val="000000" w:themeColor="text1"/>
          <w:sz w:val="22"/>
          <w:szCs w:val="22"/>
        </w:rPr>
        <w:t xml:space="preserve">Section 3 </w:t>
      </w:r>
      <w:r w:rsidR="00FF7CE4">
        <w:rPr>
          <w:rFonts w:ascii="Calibri" w:hAnsi="Calibri" w:cs="Calibri"/>
          <w:color w:val="000000" w:themeColor="text1"/>
          <w:sz w:val="22"/>
          <w:szCs w:val="22"/>
        </w:rPr>
        <w:t>–</w:t>
      </w:r>
      <w:r w:rsidRPr="00B74068">
        <w:rPr>
          <w:rFonts w:ascii="Calibri" w:hAnsi="Calibri" w:cs="Calibri"/>
          <w:color w:val="000000" w:themeColor="text1"/>
          <w:sz w:val="22"/>
          <w:szCs w:val="22"/>
        </w:rPr>
        <w:t xml:space="preserve"> </w:t>
      </w:r>
      <w:r w:rsidR="00FF7CE4">
        <w:rPr>
          <w:rFonts w:ascii="Calibri" w:hAnsi="Calibri" w:cs="Calibri"/>
          <w:color w:val="000000" w:themeColor="text1"/>
          <w:sz w:val="22"/>
          <w:szCs w:val="22"/>
        </w:rPr>
        <w:t xml:space="preserve">Experience </w:t>
      </w:r>
      <w:r w:rsidR="00C50F62">
        <w:rPr>
          <w:rFonts w:ascii="Calibri" w:hAnsi="Calibri" w:cs="Calibri"/>
          <w:color w:val="000000" w:themeColor="text1"/>
          <w:sz w:val="22"/>
          <w:szCs w:val="22"/>
        </w:rPr>
        <w:t>and Fiscal Capacity</w:t>
      </w:r>
    </w:p>
    <w:p w14:paraId="2E76234B" w14:textId="39493249" w:rsidR="00FF7CE4" w:rsidRPr="00B74068" w:rsidRDefault="00FF7CE4" w:rsidP="00FF7CE4">
      <w:pPr>
        <w:pStyle w:val="Heading3"/>
        <w:rPr>
          <w:rFonts w:ascii="Calibri" w:hAnsi="Calibri" w:cs="Calibri"/>
          <w:color w:val="000000" w:themeColor="text1"/>
          <w:sz w:val="22"/>
        </w:rPr>
      </w:pPr>
      <w:r>
        <w:rPr>
          <w:rFonts w:ascii="Calibri" w:hAnsi="Calibri" w:cs="Calibri"/>
          <w:color w:val="000000" w:themeColor="text1"/>
          <w:sz w:val="22"/>
        </w:rPr>
        <w:t xml:space="preserve">3.1 </w:t>
      </w:r>
      <w:r w:rsidRPr="00B74068">
        <w:rPr>
          <w:rFonts w:ascii="Calibri" w:hAnsi="Calibri" w:cs="Calibri"/>
          <w:color w:val="000000" w:themeColor="text1"/>
          <w:sz w:val="22"/>
        </w:rPr>
        <w:t>Briefly describe your organization’s experience</w:t>
      </w:r>
      <w:r>
        <w:rPr>
          <w:rFonts w:ascii="Calibri" w:hAnsi="Calibri" w:cs="Calibri"/>
          <w:color w:val="000000" w:themeColor="text1"/>
          <w:sz w:val="22"/>
        </w:rPr>
        <w:t xml:space="preserve"> (including the number of years of experience) </w:t>
      </w:r>
      <w:r w:rsidRPr="00FF7CE4">
        <w:rPr>
          <w:rFonts w:ascii="Calibri" w:hAnsi="Calibri" w:cs="Calibri"/>
          <w:color w:val="000000" w:themeColor="text1"/>
          <w:sz w:val="22"/>
        </w:rPr>
        <w:t>in working with the proposed population and in providing housing or services similar to that proposed in the application</w:t>
      </w:r>
      <w:r>
        <w:rPr>
          <w:rFonts w:ascii="Calibri" w:hAnsi="Calibri" w:cs="Calibri"/>
          <w:color w:val="000000" w:themeColor="text1"/>
          <w:sz w:val="22"/>
        </w:rPr>
        <w:t xml:space="preserve">. </w:t>
      </w:r>
    </w:p>
    <w:tbl>
      <w:tblPr>
        <w:tblStyle w:val="TableGrid"/>
        <w:tblW w:w="0" w:type="auto"/>
        <w:jc w:val="center"/>
        <w:tblLook w:val="04A0" w:firstRow="1" w:lastRow="0" w:firstColumn="1" w:lastColumn="0" w:noHBand="0" w:noVBand="1"/>
      </w:tblPr>
      <w:tblGrid>
        <w:gridCol w:w="10214"/>
      </w:tblGrid>
      <w:tr w:rsidR="00FF7CE4" w:rsidRPr="00B74068" w14:paraId="54D31F2C" w14:textId="77777777" w:rsidTr="0028204C">
        <w:trPr>
          <w:jc w:val="center"/>
        </w:trPr>
        <w:tc>
          <w:tcPr>
            <w:tcW w:w="10368" w:type="dxa"/>
          </w:tcPr>
          <w:p w14:paraId="0534C76C" w14:textId="77777777" w:rsidR="00FF7CE4"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Briefly describe your organization’s experience managing federal"/>
                <w:tag w:val="Briefly describe your organization’s experience managing federal"/>
                <w:id w:val="1022277138"/>
                <w:text/>
              </w:sdtPr>
              <w:sdtEndPr/>
              <w:sdtContent>
                <w:r w:rsidR="00FF7CE4" w:rsidRPr="00B74068">
                  <w:rPr>
                    <w:rFonts w:ascii="Calibri" w:hAnsi="Calibri" w:cs="Calibri"/>
                    <w:color w:val="000000" w:themeColor="text1"/>
                    <w:sz w:val="22"/>
                  </w:rPr>
                  <w:t>Type response here.</w:t>
                </w:r>
              </w:sdtContent>
            </w:sdt>
            <w:r w:rsidR="00FF7CE4" w:rsidRPr="00B74068">
              <w:rPr>
                <w:rFonts w:ascii="Calibri" w:hAnsi="Calibri" w:cs="Calibri"/>
                <w:color w:val="000000" w:themeColor="text1"/>
                <w:sz w:val="22"/>
              </w:rPr>
              <w:br/>
              <w:t xml:space="preserve"> </w:t>
            </w:r>
            <w:r w:rsidR="00FF7CE4" w:rsidRPr="00B74068">
              <w:rPr>
                <w:rFonts w:ascii="Calibri" w:hAnsi="Calibri" w:cs="Calibri"/>
                <w:color w:val="000000" w:themeColor="text1"/>
                <w:sz w:val="22"/>
              </w:rPr>
              <w:br/>
              <w:t xml:space="preserve"> </w:t>
            </w:r>
            <w:r w:rsidR="00FF7CE4" w:rsidRPr="00B74068">
              <w:rPr>
                <w:rFonts w:ascii="Calibri" w:hAnsi="Calibri" w:cs="Calibri"/>
                <w:color w:val="000000" w:themeColor="text1"/>
                <w:sz w:val="22"/>
              </w:rPr>
              <w:br/>
              <w:t xml:space="preserve"> </w:t>
            </w:r>
            <w:r w:rsidR="00FF7CE4" w:rsidRPr="00B74068">
              <w:rPr>
                <w:rFonts w:ascii="Calibri" w:hAnsi="Calibri" w:cs="Calibri"/>
                <w:color w:val="000000" w:themeColor="text1"/>
                <w:sz w:val="22"/>
              </w:rPr>
              <w:br/>
              <w:t xml:space="preserve"> </w:t>
            </w:r>
          </w:p>
        </w:tc>
      </w:tr>
    </w:tbl>
    <w:p w14:paraId="425FC9E1" w14:textId="63344F8D" w:rsidR="00FF7CE4" w:rsidRPr="00B74068" w:rsidRDefault="00FF7CE4" w:rsidP="00FF7CE4">
      <w:pPr>
        <w:pStyle w:val="Heading3"/>
        <w:rPr>
          <w:rFonts w:ascii="Calibri" w:hAnsi="Calibri" w:cs="Calibri"/>
          <w:color w:val="000000" w:themeColor="text1"/>
          <w:sz w:val="22"/>
        </w:rPr>
      </w:pPr>
      <w:r>
        <w:rPr>
          <w:rFonts w:ascii="Calibri" w:hAnsi="Calibri" w:cs="Calibri"/>
          <w:color w:val="000000" w:themeColor="text1"/>
          <w:sz w:val="22"/>
        </w:rPr>
        <w:t xml:space="preserve">3.2 </w:t>
      </w:r>
      <w:r w:rsidRPr="00B74068">
        <w:rPr>
          <w:rFonts w:ascii="Calibri" w:hAnsi="Calibri" w:cs="Calibri"/>
          <w:color w:val="000000" w:themeColor="text1"/>
          <w:sz w:val="22"/>
        </w:rPr>
        <w:t>Briefly describe your organization’s experience managing federal, state, local, or private grant funds.</w:t>
      </w:r>
    </w:p>
    <w:tbl>
      <w:tblPr>
        <w:tblStyle w:val="TableGrid"/>
        <w:tblW w:w="0" w:type="auto"/>
        <w:jc w:val="center"/>
        <w:tblLook w:val="04A0" w:firstRow="1" w:lastRow="0" w:firstColumn="1" w:lastColumn="0" w:noHBand="0" w:noVBand="1"/>
      </w:tblPr>
      <w:tblGrid>
        <w:gridCol w:w="10214"/>
      </w:tblGrid>
      <w:tr w:rsidR="00FF7CE4" w:rsidRPr="00B74068" w14:paraId="2F3088D2" w14:textId="77777777" w:rsidTr="0028204C">
        <w:trPr>
          <w:jc w:val="center"/>
        </w:trPr>
        <w:tc>
          <w:tcPr>
            <w:tcW w:w="10368" w:type="dxa"/>
          </w:tcPr>
          <w:p w14:paraId="6FD08FFB" w14:textId="77777777" w:rsidR="00FF7CE4"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Briefly describe your organization’s experience managing federal"/>
                <w:tag w:val="Briefly describe your organization’s experience managing federal"/>
                <w:id w:val="1435936631"/>
                <w:text/>
              </w:sdtPr>
              <w:sdtEndPr/>
              <w:sdtContent>
                <w:r w:rsidR="00FF7CE4" w:rsidRPr="00B74068">
                  <w:rPr>
                    <w:rFonts w:ascii="Calibri" w:hAnsi="Calibri" w:cs="Calibri"/>
                    <w:color w:val="000000" w:themeColor="text1"/>
                    <w:sz w:val="22"/>
                  </w:rPr>
                  <w:t>Type response here.</w:t>
                </w:r>
              </w:sdtContent>
            </w:sdt>
            <w:r w:rsidR="00FF7CE4" w:rsidRPr="00B74068">
              <w:rPr>
                <w:rFonts w:ascii="Calibri" w:hAnsi="Calibri" w:cs="Calibri"/>
                <w:color w:val="000000" w:themeColor="text1"/>
                <w:sz w:val="22"/>
              </w:rPr>
              <w:br/>
              <w:t xml:space="preserve"> </w:t>
            </w:r>
            <w:r w:rsidR="00FF7CE4" w:rsidRPr="00B74068">
              <w:rPr>
                <w:rFonts w:ascii="Calibri" w:hAnsi="Calibri" w:cs="Calibri"/>
                <w:color w:val="000000" w:themeColor="text1"/>
                <w:sz w:val="22"/>
              </w:rPr>
              <w:br/>
              <w:t xml:space="preserve"> </w:t>
            </w:r>
            <w:r w:rsidR="00FF7CE4" w:rsidRPr="00B74068">
              <w:rPr>
                <w:rFonts w:ascii="Calibri" w:hAnsi="Calibri" w:cs="Calibri"/>
                <w:color w:val="000000" w:themeColor="text1"/>
                <w:sz w:val="22"/>
              </w:rPr>
              <w:br/>
              <w:t xml:space="preserve"> </w:t>
            </w:r>
            <w:r w:rsidR="00FF7CE4" w:rsidRPr="00B74068">
              <w:rPr>
                <w:rFonts w:ascii="Calibri" w:hAnsi="Calibri" w:cs="Calibri"/>
                <w:color w:val="000000" w:themeColor="text1"/>
                <w:sz w:val="22"/>
              </w:rPr>
              <w:br/>
              <w:t xml:space="preserve"> </w:t>
            </w:r>
          </w:p>
        </w:tc>
      </w:tr>
    </w:tbl>
    <w:p w14:paraId="524B2C77" w14:textId="77777777" w:rsidR="00C50F62" w:rsidRDefault="00C50F62" w:rsidP="00C50F62">
      <w:pPr>
        <w:spacing w:after="0"/>
        <w:rPr>
          <w:rFonts w:ascii="Calibri" w:hAnsi="Calibri" w:cs="Calibri"/>
          <w:color w:val="000000" w:themeColor="text1"/>
          <w:sz w:val="22"/>
        </w:rPr>
      </w:pPr>
    </w:p>
    <w:p w14:paraId="11DAC60B" w14:textId="5B8222DC" w:rsidR="00C50F62" w:rsidRPr="00C50F62" w:rsidRDefault="00C50F62">
      <w:pPr>
        <w:rPr>
          <w:rFonts w:ascii="Calibri" w:eastAsiaTheme="majorEastAsia" w:hAnsi="Calibri" w:cs="Calibri"/>
          <w:b/>
          <w:bCs/>
          <w:color w:val="000000" w:themeColor="text1"/>
          <w:sz w:val="22"/>
        </w:rPr>
      </w:pPr>
      <w:r w:rsidRPr="00C50F62">
        <w:rPr>
          <w:rFonts w:ascii="Calibri" w:hAnsi="Calibri" w:cs="Calibri"/>
          <w:b/>
          <w:bCs/>
          <w:color w:val="000000" w:themeColor="text1"/>
          <w:sz w:val="22"/>
        </w:rPr>
        <w:t xml:space="preserve">*Attachment Requirement: </w:t>
      </w:r>
      <w:r w:rsidRPr="00B74068">
        <w:rPr>
          <w:rFonts w:ascii="Calibri" w:hAnsi="Calibri" w:cs="Calibri"/>
          <w:color w:val="000000" w:themeColor="text1"/>
          <w:sz w:val="22"/>
        </w:rPr>
        <w:t>Most recent audit or financial statement</w:t>
      </w:r>
      <w:r w:rsidRPr="00C50F62">
        <w:rPr>
          <w:rFonts w:ascii="Calibri" w:hAnsi="Calibri" w:cs="Calibri"/>
          <w:b/>
          <w:bCs/>
          <w:color w:val="000000" w:themeColor="text1"/>
          <w:sz w:val="22"/>
        </w:rPr>
        <w:t xml:space="preserve"> </w:t>
      </w:r>
      <w:r w:rsidRPr="00C50F62">
        <w:rPr>
          <w:rFonts w:ascii="Calibri" w:hAnsi="Calibri" w:cs="Calibri"/>
          <w:b/>
          <w:bCs/>
          <w:color w:val="000000" w:themeColor="text1"/>
          <w:sz w:val="22"/>
        </w:rPr>
        <w:br w:type="page"/>
      </w:r>
    </w:p>
    <w:p w14:paraId="07BF059E" w14:textId="5B8222DC" w:rsidR="00FF7CE4" w:rsidRDefault="00FF7CE4" w:rsidP="003A49A5">
      <w:pPr>
        <w:pStyle w:val="Heading3"/>
        <w:shd w:val="clear" w:color="auto" w:fill="B8CCE4" w:themeFill="accent1" w:themeFillTint="66"/>
        <w:spacing w:before="0"/>
        <w:rPr>
          <w:rFonts w:ascii="Calibri" w:hAnsi="Calibri" w:cs="Calibri"/>
          <w:color w:val="000000" w:themeColor="text1"/>
          <w:sz w:val="22"/>
        </w:rPr>
      </w:pPr>
      <w:r>
        <w:rPr>
          <w:rFonts w:ascii="Calibri" w:hAnsi="Calibri" w:cs="Calibri"/>
          <w:color w:val="000000" w:themeColor="text1"/>
          <w:sz w:val="22"/>
        </w:rPr>
        <w:lastRenderedPageBreak/>
        <w:t>Section 4 – Project Summary</w:t>
      </w:r>
    </w:p>
    <w:p w14:paraId="49C835E8" w14:textId="322B2BCC" w:rsidR="00C945C2" w:rsidRPr="00B74068" w:rsidRDefault="00FF7CE4">
      <w:pPr>
        <w:pStyle w:val="Heading3"/>
        <w:rPr>
          <w:rFonts w:ascii="Calibri" w:hAnsi="Calibri" w:cs="Calibri"/>
          <w:color w:val="000000" w:themeColor="text1"/>
          <w:sz w:val="22"/>
        </w:rPr>
      </w:pPr>
      <w:r>
        <w:rPr>
          <w:rFonts w:ascii="Calibri" w:hAnsi="Calibri" w:cs="Calibri"/>
          <w:color w:val="000000" w:themeColor="text1"/>
          <w:sz w:val="22"/>
        </w:rPr>
        <w:t>4</w:t>
      </w:r>
      <w:r w:rsidR="00FB3664" w:rsidRPr="00B74068">
        <w:rPr>
          <w:rFonts w:ascii="Calibri" w:hAnsi="Calibri" w:cs="Calibri"/>
          <w:color w:val="000000" w:themeColor="text1"/>
          <w:sz w:val="22"/>
        </w:rPr>
        <w:t>.1 Short Project Description: In 1-2 paragraphs, describe the project in plain language.</w:t>
      </w:r>
    </w:p>
    <w:tbl>
      <w:tblPr>
        <w:tblStyle w:val="TableGrid"/>
        <w:tblW w:w="0" w:type="auto"/>
        <w:jc w:val="center"/>
        <w:tblLook w:val="04A0" w:firstRow="1" w:lastRow="0" w:firstColumn="1" w:lastColumn="0" w:noHBand="0" w:noVBand="1"/>
      </w:tblPr>
      <w:tblGrid>
        <w:gridCol w:w="10214"/>
      </w:tblGrid>
      <w:tr w:rsidR="00C945C2" w:rsidRPr="00B74068" w14:paraId="546102BA" w14:textId="77777777">
        <w:trPr>
          <w:jc w:val="center"/>
        </w:trPr>
        <w:tc>
          <w:tcPr>
            <w:tcW w:w="10368" w:type="dxa"/>
          </w:tcPr>
          <w:p w14:paraId="20C8DA07"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3.1 Short Project Description: In 1-2 paragraphs, describe the p"/>
                <w:tag w:val="3.1 Short Project Description: In 1-2 paragraphs, describe the p"/>
                <w:id w:val="-1556538526"/>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28B27EA6" w14:textId="08B36200" w:rsidR="00C945C2" w:rsidRPr="00B74068" w:rsidRDefault="00FF7CE4">
      <w:pPr>
        <w:pStyle w:val="Heading3"/>
        <w:rPr>
          <w:rFonts w:ascii="Calibri" w:hAnsi="Calibri" w:cs="Calibri"/>
          <w:color w:val="000000" w:themeColor="text1"/>
          <w:sz w:val="22"/>
        </w:rPr>
      </w:pPr>
      <w:r>
        <w:rPr>
          <w:rFonts w:ascii="Calibri" w:hAnsi="Calibri" w:cs="Calibri"/>
          <w:color w:val="000000" w:themeColor="text1"/>
          <w:sz w:val="22"/>
        </w:rPr>
        <w:t>4</w:t>
      </w:r>
      <w:r w:rsidR="00FB3664" w:rsidRPr="00B74068">
        <w:rPr>
          <w:rFonts w:ascii="Calibri" w:hAnsi="Calibri" w:cs="Calibri"/>
          <w:color w:val="000000" w:themeColor="text1"/>
          <w:sz w:val="22"/>
        </w:rPr>
        <w:t>.2 Need for the Project: Describe the local need or system gap this project addresses.</w:t>
      </w:r>
      <w:r w:rsidR="00A45E46">
        <w:rPr>
          <w:rFonts w:ascii="Calibri" w:hAnsi="Calibri" w:cs="Calibri"/>
          <w:color w:val="000000" w:themeColor="text1"/>
          <w:sz w:val="22"/>
        </w:rPr>
        <w:t xml:space="preserve"> Note whether the project will operate outside of the City of Springfield and, if so, which city/town it will be located in.</w:t>
      </w:r>
    </w:p>
    <w:tbl>
      <w:tblPr>
        <w:tblStyle w:val="TableGrid"/>
        <w:tblW w:w="0" w:type="auto"/>
        <w:jc w:val="center"/>
        <w:tblLook w:val="04A0" w:firstRow="1" w:lastRow="0" w:firstColumn="1" w:lastColumn="0" w:noHBand="0" w:noVBand="1"/>
      </w:tblPr>
      <w:tblGrid>
        <w:gridCol w:w="10214"/>
      </w:tblGrid>
      <w:tr w:rsidR="00C945C2" w:rsidRPr="00B74068" w14:paraId="4EBEBAEA" w14:textId="77777777">
        <w:trPr>
          <w:jc w:val="center"/>
        </w:trPr>
        <w:tc>
          <w:tcPr>
            <w:tcW w:w="10368" w:type="dxa"/>
          </w:tcPr>
          <w:p w14:paraId="62B1816A"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3.2 Need for the Project: Describe the local need or system gap "/>
                <w:tag w:val="3.2 Need for the Project: Describe the local need or system gap "/>
                <w:id w:val="-848554270"/>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7ED9C4A1" w14:textId="66AC1C18" w:rsidR="005E5E65" w:rsidRDefault="00FF7CE4">
      <w:pPr>
        <w:pStyle w:val="Heading3"/>
        <w:rPr>
          <w:rFonts w:ascii="Calibri" w:hAnsi="Calibri" w:cs="Calibri"/>
          <w:color w:val="000000" w:themeColor="text1"/>
          <w:sz w:val="22"/>
        </w:rPr>
      </w:pPr>
      <w:r>
        <w:rPr>
          <w:rFonts w:ascii="Calibri" w:hAnsi="Calibri" w:cs="Calibri"/>
          <w:color w:val="000000" w:themeColor="text1"/>
          <w:sz w:val="22"/>
        </w:rPr>
        <w:t>4</w:t>
      </w:r>
      <w:r w:rsidR="00FB3664" w:rsidRPr="00B74068">
        <w:rPr>
          <w:rFonts w:ascii="Calibri" w:hAnsi="Calibri" w:cs="Calibri"/>
          <w:color w:val="000000" w:themeColor="text1"/>
          <w:sz w:val="22"/>
        </w:rPr>
        <w:t xml:space="preserve">.3 Alignment with FY26 Priorities: Describe how this project aligns with </w:t>
      </w:r>
      <w:r w:rsidR="005E5E65">
        <w:rPr>
          <w:rFonts w:ascii="Calibri" w:hAnsi="Calibri" w:cs="Calibri"/>
          <w:color w:val="000000" w:themeColor="text1"/>
          <w:sz w:val="22"/>
        </w:rPr>
        <w:t>CoC Priorities.</w:t>
      </w:r>
    </w:p>
    <w:p w14:paraId="13D98A39" w14:textId="5422A459" w:rsidR="005E5E65" w:rsidRPr="00877224" w:rsidRDefault="005E5E65" w:rsidP="005E5E65">
      <w:pPr>
        <w:rPr>
          <w:sz w:val="22"/>
        </w:rPr>
      </w:pPr>
      <w:r w:rsidRPr="00877224">
        <w:rPr>
          <w:sz w:val="22"/>
        </w:rPr>
        <w:t xml:space="preserve">The CoC’s FY26 priorities for TH are projects </w:t>
      </w:r>
      <w:r w:rsidR="00AA0C46" w:rsidRPr="00877224">
        <w:rPr>
          <w:sz w:val="22"/>
        </w:rPr>
        <w:t>designed for the following populations: people in recovery from substance use disorder (especially sober housing), survivors of domestic violence, and youth under 25.</w:t>
      </w:r>
    </w:p>
    <w:p w14:paraId="06158312" w14:textId="3C984840" w:rsidR="00C945C2" w:rsidRPr="00877224" w:rsidRDefault="00AA0C46" w:rsidP="00AA0C46">
      <w:pPr>
        <w:rPr>
          <w:rFonts w:ascii="Calibri" w:hAnsi="Calibri" w:cs="Calibri"/>
          <w:color w:val="000000" w:themeColor="text1"/>
          <w:sz w:val="22"/>
        </w:rPr>
      </w:pPr>
      <w:r w:rsidRPr="00877224">
        <w:rPr>
          <w:sz w:val="22"/>
        </w:rPr>
        <w:t xml:space="preserve">Priorities for </w:t>
      </w:r>
      <w:r w:rsidR="00DB3BA7" w:rsidRPr="00877224">
        <w:rPr>
          <w:sz w:val="22"/>
        </w:rPr>
        <w:t xml:space="preserve">FY26 </w:t>
      </w:r>
      <w:r w:rsidRPr="00877224">
        <w:rPr>
          <w:sz w:val="22"/>
        </w:rPr>
        <w:t>SSO projects are: coordinated entry projects sponsored by one of the five designated front door agencies (Catholic Charities, Center for Human Development, Clinical Support Options, Open Door Social Services, Way Finders), system navigation or support for substance use treatment/recovery or other behavioral health needs, assistance in accessing employment or increasing income, and street outreach.</w:t>
      </w:r>
    </w:p>
    <w:tbl>
      <w:tblPr>
        <w:tblStyle w:val="TableGrid"/>
        <w:tblW w:w="0" w:type="auto"/>
        <w:jc w:val="center"/>
        <w:tblLook w:val="04A0" w:firstRow="1" w:lastRow="0" w:firstColumn="1" w:lastColumn="0" w:noHBand="0" w:noVBand="1"/>
      </w:tblPr>
      <w:tblGrid>
        <w:gridCol w:w="10214"/>
      </w:tblGrid>
      <w:tr w:rsidR="00C945C2" w:rsidRPr="00B74068" w14:paraId="1D9B1D2E" w14:textId="77777777">
        <w:trPr>
          <w:jc w:val="center"/>
        </w:trPr>
        <w:tc>
          <w:tcPr>
            <w:tcW w:w="10368" w:type="dxa"/>
          </w:tcPr>
          <w:p w14:paraId="0251F7C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3.3 Alignment with FY26 Priorities: Describe how this project al"/>
                <w:tag w:val="3.3 Alignment with FY26 Priorities: Describe how this project al"/>
                <w:id w:val="841664834"/>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62BB34AB" w14:textId="77844FB0" w:rsidR="00C945C2" w:rsidRPr="00B74068" w:rsidRDefault="00FB3664" w:rsidP="003A49A5">
      <w:pPr>
        <w:pStyle w:val="Heading1"/>
        <w:shd w:val="clear" w:color="auto" w:fill="B8CCE4" w:themeFill="accent1" w:themeFillTint="66"/>
        <w:spacing w:before="360"/>
        <w:rPr>
          <w:rFonts w:ascii="Calibri" w:hAnsi="Calibri" w:cs="Calibri"/>
          <w:color w:val="000000" w:themeColor="text1"/>
          <w:sz w:val="22"/>
          <w:szCs w:val="22"/>
        </w:rPr>
      </w:pPr>
      <w:r w:rsidRPr="00B74068">
        <w:rPr>
          <w:rFonts w:ascii="Calibri" w:hAnsi="Calibri" w:cs="Calibri"/>
          <w:color w:val="000000" w:themeColor="text1"/>
          <w:sz w:val="22"/>
          <w:szCs w:val="22"/>
        </w:rPr>
        <w:t xml:space="preserve">Section </w:t>
      </w:r>
      <w:r w:rsidR="00FF7CE4">
        <w:rPr>
          <w:rFonts w:ascii="Calibri" w:hAnsi="Calibri" w:cs="Calibri"/>
          <w:color w:val="000000" w:themeColor="text1"/>
          <w:sz w:val="22"/>
          <w:szCs w:val="22"/>
        </w:rPr>
        <w:t>5</w:t>
      </w:r>
      <w:r w:rsidRPr="00B74068">
        <w:rPr>
          <w:rFonts w:ascii="Calibri" w:hAnsi="Calibri" w:cs="Calibri"/>
          <w:color w:val="000000" w:themeColor="text1"/>
          <w:sz w:val="22"/>
          <w:szCs w:val="22"/>
        </w:rPr>
        <w:t xml:space="preserve"> - Population to Be Served</w:t>
      </w:r>
    </w:p>
    <w:p w14:paraId="42E0757D" w14:textId="47F490E4" w:rsidR="00C945C2" w:rsidRPr="00B74068" w:rsidRDefault="00FF7CE4">
      <w:pPr>
        <w:pStyle w:val="Heading2"/>
        <w:rPr>
          <w:rFonts w:ascii="Calibri" w:hAnsi="Calibri" w:cs="Calibri"/>
          <w:color w:val="000000" w:themeColor="text1"/>
          <w:szCs w:val="22"/>
        </w:rPr>
      </w:pPr>
      <w:r>
        <w:rPr>
          <w:rFonts w:ascii="Calibri" w:hAnsi="Calibri" w:cs="Calibri"/>
          <w:color w:val="000000" w:themeColor="text1"/>
          <w:szCs w:val="22"/>
        </w:rPr>
        <w:t>5</w:t>
      </w:r>
      <w:r w:rsidR="00FB3664" w:rsidRPr="00B74068">
        <w:rPr>
          <w:rFonts w:ascii="Calibri" w:hAnsi="Calibri" w:cs="Calibri"/>
          <w:color w:val="000000" w:themeColor="text1"/>
          <w:szCs w:val="22"/>
        </w:rPr>
        <w:t>.1 Target Population</w:t>
      </w:r>
    </w:p>
    <w:tbl>
      <w:tblPr>
        <w:tblStyle w:val="TableGrid"/>
        <w:tblW w:w="0" w:type="auto"/>
        <w:jc w:val="center"/>
        <w:tblLook w:val="04A0" w:firstRow="1" w:lastRow="0" w:firstColumn="1" w:lastColumn="0" w:noHBand="0" w:noVBand="1"/>
      </w:tblPr>
      <w:tblGrid>
        <w:gridCol w:w="4439"/>
        <w:gridCol w:w="670"/>
        <w:gridCol w:w="5105"/>
      </w:tblGrid>
      <w:tr w:rsidR="00C945C2" w:rsidRPr="00B74068" w14:paraId="7353A112" w14:textId="77777777" w:rsidTr="00235C24">
        <w:trPr>
          <w:jc w:val="center"/>
        </w:trPr>
        <w:tc>
          <w:tcPr>
            <w:tcW w:w="5109" w:type="dxa"/>
            <w:gridSpan w:val="2"/>
          </w:tcPr>
          <w:p w14:paraId="38080F6E"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ingle adults"/>
                <w:tag w:val="Single_adults"/>
                <w:id w:val="468139605"/>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Single adults    </w:t>
            </w:r>
          </w:p>
        </w:tc>
        <w:tc>
          <w:tcPr>
            <w:tcW w:w="5105" w:type="dxa"/>
          </w:tcPr>
          <w:p w14:paraId="2844D2B1"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Families with children"/>
                <w:tag w:val="Families_with_children"/>
                <w:id w:val="554699184"/>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Families with children    </w:t>
            </w:r>
          </w:p>
        </w:tc>
      </w:tr>
      <w:tr w:rsidR="00C945C2" w:rsidRPr="00B74068" w14:paraId="5058A5A3" w14:textId="77777777" w:rsidTr="00235C24">
        <w:trPr>
          <w:jc w:val="center"/>
        </w:trPr>
        <w:tc>
          <w:tcPr>
            <w:tcW w:w="5109" w:type="dxa"/>
            <w:gridSpan w:val="2"/>
          </w:tcPr>
          <w:p w14:paraId="6A572865" w14:textId="2DDB24A4"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Youth / young adults"/>
                <w:tag w:val="Youth_/_young_adults"/>
                <w:id w:val="61231062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Youth / young adults </w:t>
            </w:r>
            <w:r w:rsidR="00AA0C46">
              <w:rPr>
                <w:rFonts w:ascii="Calibri" w:hAnsi="Calibri" w:cs="Calibri"/>
                <w:color w:val="000000" w:themeColor="text1"/>
                <w:sz w:val="22"/>
              </w:rPr>
              <w:t>(under 25 years old)</w:t>
            </w:r>
            <w:r w:rsidR="00FB3664" w:rsidRPr="00B74068">
              <w:rPr>
                <w:rFonts w:ascii="Calibri" w:hAnsi="Calibri" w:cs="Calibri"/>
                <w:color w:val="000000" w:themeColor="text1"/>
                <w:sz w:val="22"/>
              </w:rPr>
              <w:t xml:space="preserve">  </w:t>
            </w:r>
          </w:p>
        </w:tc>
        <w:tc>
          <w:tcPr>
            <w:tcW w:w="5105" w:type="dxa"/>
          </w:tcPr>
          <w:p w14:paraId="2CB5AA7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urvivors of DV, dating violence, sexual assault, or stalking"/>
                <w:tag w:val="Survivors_of_DV,_dating_violence,_sexual"/>
                <w:id w:val="787620673"/>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Survivors of DV, dating violence, sexual assault, or stalking    </w:t>
            </w:r>
          </w:p>
        </w:tc>
      </w:tr>
      <w:tr w:rsidR="00C945C2" w:rsidRPr="00B74068" w14:paraId="57C1EA97" w14:textId="77777777" w:rsidTr="00235C24">
        <w:trPr>
          <w:jc w:val="center"/>
        </w:trPr>
        <w:tc>
          <w:tcPr>
            <w:tcW w:w="5109" w:type="dxa"/>
            <w:gridSpan w:val="2"/>
          </w:tcPr>
          <w:p w14:paraId="73D7505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eople experiencing unsheltered homelessness"/>
                <w:tag w:val="People_experiencing_unsheltered_homeless"/>
                <w:id w:val="7040285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People experiencing unsheltered homelessness    </w:t>
            </w:r>
          </w:p>
        </w:tc>
        <w:tc>
          <w:tcPr>
            <w:tcW w:w="5105" w:type="dxa"/>
          </w:tcPr>
          <w:p w14:paraId="263198DC" w14:textId="4A2A19C1"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eople with substance use or recovery support needs"/>
                <w:tag w:val="People_with_substance_use_or_recovery_su"/>
                <w:id w:val="995050220"/>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People with substance use</w:t>
            </w:r>
            <w:r w:rsidR="00877224">
              <w:rPr>
                <w:rFonts w:ascii="Calibri" w:hAnsi="Calibri" w:cs="Calibri"/>
                <w:color w:val="000000" w:themeColor="text1"/>
                <w:sz w:val="22"/>
              </w:rPr>
              <w:t>/</w:t>
            </w:r>
            <w:r w:rsidR="00FB3664" w:rsidRPr="00B74068">
              <w:rPr>
                <w:rFonts w:ascii="Calibri" w:hAnsi="Calibri" w:cs="Calibri"/>
                <w:color w:val="000000" w:themeColor="text1"/>
                <w:sz w:val="22"/>
              </w:rPr>
              <w:t xml:space="preserve">recovery support needs    </w:t>
            </w:r>
          </w:p>
        </w:tc>
      </w:tr>
      <w:tr w:rsidR="00C945C2" w:rsidRPr="00B74068" w14:paraId="784E700E" w14:textId="77777777" w:rsidTr="00235C24">
        <w:trPr>
          <w:jc w:val="center"/>
        </w:trPr>
        <w:tc>
          <w:tcPr>
            <w:tcW w:w="5109" w:type="dxa"/>
            <w:gridSpan w:val="2"/>
          </w:tcPr>
          <w:p w14:paraId="4551855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eople with behavioral health needs"/>
                <w:tag w:val="People_with_behavioral_health_needs"/>
                <w:id w:val="973280562"/>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People with behavioral health needs    </w:t>
            </w:r>
          </w:p>
        </w:tc>
        <w:tc>
          <w:tcPr>
            <w:tcW w:w="5105" w:type="dxa"/>
          </w:tcPr>
          <w:p w14:paraId="63741B7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eople exiting institutions or systems of care"/>
                <w:tag w:val="People_exiting_institutions_or_systems_o"/>
                <w:id w:val="206474773"/>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People exiting institutions or systems of care    </w:t>
            </w:r>
          </w:p>
        </w:tc>
      </w:tr>
      <w:tr w:rsidR="00C945C2" w:rsidRPr="00B74068" w14:paraId="5A4E0BFB" w14:textId="77777777" w:rsidTr="00877224">
        <w:trPr>
          <w:jc w:val="center"/>
        </w:trPr>
        <w:tc>
          <w:tcPr>
            <w:tcW w:w="5109" w:type="dxa"/>
            <w:gridSpan w:val="2"/>
            <w:tcBorders>
              <w:bottom w:val="single" w:sz="4" w:space="0" w:color="auto"/>
            </w:tcBorders>
          </w:tcPr>
          <w:p w14:paraId="742DC26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eople with disabilities"/>
                <w:tag w:val="People_with_disabilities"/>
                <w:id w:val="794208544"/>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People with disabilities    </w:t>
            </w:r>
          </w:p>
        </w:tc>
        <w:tc>
          <w:tcPr>
            <w:tcW w:w="5105" w:type="dxa"/>
            <w:tcBorders>
              <w:bottom w:val="single" w:sz="4" w:space="0" w:color="auto"/>
            </w:tcBorders>
          </w:tcPr>
          <w:p w14:paraId="1A877988"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Veterans"/>
                <w:tag w:val="Veterans"/>
                <w:id w:val="556004718"/>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Veterans    </w:t>
            </w:r>
          </w:p>
        </w:tc>
      </w:tr>
      <w:tr w:rsidR="00C945C2" w:rsidRPr="00B74068" w14:paraId="2B0AC2C5" w14:textId="77777777" w:rsidTr="00877224">
        <w:trPr>
          <w:jc w:val="center"/>
        </w:trPr>
        <w:tc>
          <w:tcPr>
            <w:tcW w:w="5109" w:type="dxa"/>
            <w:gridSpan w:val="2"/>
            <w:tcBorders>
              <w:bottom w:val="single" w:sz="4" w:space="0" w:color="auto"/>
            </w:tcBorders>
          </w:tcPr>
          <w:p w14:paraId="7F2E7126" w14:textId="0E7DC32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Other"/>
                <w:tag w:val="Other"/>
                <w:id w:val="452735012"/>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Other</w:t>
            </w:r>
            <w:r w:rsidR="00AA0C46">
              <w:rPr>
                <w:rFonts w:ascii="Calibri" w:hAnsi="Calibri" w:cs="Calibri"/>
                <w:color w:val="000000" w:themeColor="text1"/>
                <w:sz w:val="22"/>
              </w:rPr>
              <w:t xml:space="preserve">: </w:t>
            </w:r>
          </w:p>
        </w:tc>
        <w:tc>
          <w:tcPr>
            <w:tcW w:w="5105" w:type="dxa"/>
            <w:tcBorders>
              <w:bottom w:val="single" w:sz="4" w:space="0" w:color="auto"/>
            </w:tcBorders>
          </w:tcPr>
          <w:p w14:paraId="33B7BE42" w14:textId="77777777" w:rsidR="00C945C2" w:rsidRPr="00B74068" w:rsidRDefault="00C945C2">
            <w:pPr>
              <w:rPr>
                <w:rFonts w:ascii="Calibri" w:hAnsi="Calibri" w:cs="Calibri"/>
                <w:color w:val="000000" w:themeColor="text1"/>
                <w:sz w:val="22"/>
              </w:rPr>
            </w:pPr>
          </w:p>
        </w:tc>
      </w:tr>
      <w:tr w:rsidR="00C945C2" w:rsidRPr="00B74068" w14:paraId="2B6C757F" w14:textId="77777777" w:rsidTr="00877224">
        <w:trPr>
          <w:jc w:val="center"/>
        </w:trPr>
        <w:tc>
          <w:tcPr>
            <w:tcW w:w="4439" w:type="dxa"/>
            <w:tcBorders>
              <w:top w:val="single" w:sz="4" w:space="0" w:color="auto"/>
            </w:tcBorders>
            <w:shd w:val="clear" w:color="auto" w:fill="DBE5F1" w:themeFill="accent1" w:themeFillTint="33"/>
          </w:tcPr>
          <w:p w14:paraId="36BB7C29" w14:textId="025BEF4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Estimated households served annually</w:t>
            </w:r>
          </w:p>
        </w:tc>
        <w:tc>
          <w:tcPr>
            <w:tcW w:w="5775" w:type="dxa"/>
            <w:gridSpan w:val="2"/>
            <w:tcBorders>
              <w:top w:val="single" w:sz="4" w:space="0" w:color="auto"/>
            </w:tcBorders>
          </w:tcPr>
          <w:p w14:paraId="519710C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stimated households served annually"/>
                <w:tag w:val="Estimated households served annually"/>
                <w:id w:val="-827121844"/>
                <w:text/>
              </w:sdtPr>
              <w:sdtEndPr/>
              <w:sdtContent>
                <w:r w:rsidR="00FB3664" w:rsidRPr="00B74068">
                  <w:rPr>
                    <w:rFonts w:ascii="Calibri" w:hAnsi="Calibri" w:cs="Calibri"/>
                    <w:color w:val="000000" w:themeColor="text1"/>
                    <w:sz w:val="22"/>
                  </w:rPr>
                  <w:t>Enter number</w:t>
                </w:r>
              </w:sdtContent>
            </w:sdt>
          </w:p>
        </w:tc>
      </w:tr>
      <w:tr w:rsidR="00C945C2" w:rsidRPr="00B74068" w14:paraId="7059DB25" w14:textId="77777777" w:rsidTr="004567B6">
        <w:trPr>
          <w:jc w:val="center"/>
        </w:trPr>
        <w:tc>
          <w:tcPr>
            <w:tcW w:w="4439" w:type="dxa"/>
            <w:shd w:val="clear" w:color="auto" w:fill="DBE5F1" w:themeFill="accent1" w:themeFillTint="33"/>
          </w:tcPr>
          <w:p w14:paraId="7AE447A0"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Estimated individuals served annually</w:t>
            </w:r>
          </w:p>
        </w:tc>
        <w:tc>
          <w:tcPr>
            <w:tcW w:w="5775" w:type="dxa"/>
            <w:gridSpan w:val="2"/>
          </w:tcPr>
          <w:p w14:paraId="229CB1B3"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stimated individuals served annually"/>
                <w:tag w:val="Estimated individuals served annually"/>
                <w:id w:val="-507829693"/>
                <w:text/>
              </w:sdtPr>
              <w:sdtEndPr/>
              <w:sdtContent>
                <w:r w:rsidR="00FB3664" w:rsidRPr="00B74068">
                  <w:rPr>
                    <w:rFonts w:ascii="Calibri" w:hAnsi="Calibri" w:cs="Calibri"/>
                    <w:color w:val="000000" w:themeColor="text1"/>
                    <w:sz w:val="22"/>
                  </w:rPr>
                  <w:t>Enter number</w:t>
                </w:r>
              </w:sdtContent>
            </w:sdt>
          </w:p>
        </w:tc>
      </w:tr>
      <w:tr w:rsidR="00C945C2" w:rsidRPr="00B74068" w14:paraId="64E619CD" w14:textId="77777777" w:rsidTr="004567B6">
        <w:trPr>
          <w:jc w:val="center"/>
        </w:trPr>
        <w:tc>
          <w:tcPr>
            <w:tcW w:w="4439" w:type="dxa"/>
            <w:shd w:val="clear" w:color="auto" w:fill="DBE5F1" w:themeFill="accent1" w:themeFillTint="33"/>
          </w:tcPr>
          <w:p w14:paraId="42390058" w14:textId="74C49A7B"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 xml:space="preserve">If housing project: estimated </w:t>
            </w:r>
            <w:r w:rsidR="00AA0C46">
              <w:rPr>
                <w:rFonts w:ascii="Calibri" w:hAnsi="Calibri" w:cs="Calibri"/>
                <w:b/>
                <w:color w:val="000000" w:themeColor="text1"/>
                <w:sz w:val="22"/>
              </w:rPr>
              <w:t>units</w:t>
            </w:r>
          </w:p>
        </w:tc>
        <w:tc>
          <w:tcPr>
            <w:tcW w:w="5775" w:type="dxa"/>
            <w:gridSpan w:val="2"/>
          </w:tcPr>
          <w:p w14:paraId="1FCF0B0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If housing project: estimated beds/units"/>
                <w:tag w:val="If housing project: estimated beds/units"/>
                <w:id w:val="-1242553988"/>
                <w:text/>
              </w:sdtPr>
              <w:sdtEndPr/>
              <w:sdtContent>
                <w:r w:rsidR="00FB3664" w:rsidRPr="00B74068">
                  <w:rPr>
                    <w:rFonts w:ascii="Calibri" w:hAnsi="Calibri" w:cs="Calibri"/>
                    <w:color w:val="000000" w:themeColor="text1"/>
                    <w:sz w:val="22"/>
                  </w:rPr>
                  <w:t>Enter number</w:t>
                </w:r>
              </w:sdtContent>
            </w:sdt>
          </w:p>
        </w:tc>
      </w:tr>
      <w:tr w:rsidR="00AA0C46" w:rsidRPr="00B74068" w14:paraId="3BB88422" w14:textId="77777777" w:rsidTr="004567B6">
        <w:trPr>
          <w:jc w:val="center"/>
        </w:trPr>
        <w:tc>
          <w:tcPr>
            <w:tcW w:w="4439" w:type="dxa"/>
            <w:shd w:val="clear" w:color="auto" w:fill="DBE5F1" w:themeFill="accent1" w:themeFillTint="33"/>
          </w:tcPr>
          <w:p w14:paraId="0C47A644" w14:textId="68516D05" w:rsidR="00AA0C46" w:rsidRPr="00B74068" w:rsidRDefault="00AA0C46" w:rsidP="00AA0C46">
            <w:pPr>
              <w:rPr>
                <w:rFonts w:ascii="Calibri" w:hAnsi="Calibri" w:cs="Calibri"/>
                <w:b/>
                <w:color w:val="000000" w:themeColor="text1"/>
                <w:sz w:val="22"/>
              </w:rPr>
            </w:pPr>
            <w:r w:rsidRPr="00B74068">
              <w:rPr>
                <w:rFonts w:ascii="Calibri" w:hAnsi="Calibri" w:cs="Calibri"/>
                <w:b/>
                <w:color w:val="000000" w:themeColor="text1"/>
                <w:sz w:val="22"/>
              </w:rPr>
              <w:t xml:space="preserve">If housing project: estimated </w:t>
            </w:r>
            <w:r>
              <w:rPr>
                <w:rFonts w:ascii="Calibri" w:hAnsi="Calibri" w:cs="Calibri"/>
                <w:b/>
                <w:color w:val="000000" w:themeColor="text1"/>
                <w:sz w:val="22"/>
              </w:rPr>
              <w:t>beds</w:t>
            </w:r>
          </w:p>
        </w:tc>
        <w:tc>
          <w:tcPr>
            <w:tcW w:w="5775" w:type="dxa"/>
            <w:gridSpan w:val="2"/>
          </w:tcPr>
          <w:p w14:paraId="33C23002" w14:textId="02D22BBD" w:rsidR="00AA0C46" w:rsidRDefault="00CE458B" w:rsidP="00AA0C46">
            <w:pPr>
              <w:rPr>
                <w:rFonts w:ascii="Calibri" w:hAnsi="Calibri" w:cs="Calibri"/>
                <w:color w:val="000000" w:themeColor="text1"/>
                <w:sz w:val="22"/>
              </w:rPr>
            </w:pPr>
            <w:sdt>
              <w:sdtPr>
                <w:rPr>
                  <w:rFonts w:ascii="Calibri" w:hAnsi="Calibri" w:cs="Calibri"/>
                  <w:color w:val="000000" w:themeColor="text1"/>
                  <w:sz w:val="22"/>
                </w:rPr>
                <w:alias w:val="If housing project: estimated beds/units"/>
                <w:tag w:val="If housing project: estimated beds/units"/>
                <w:id w:val="-1480061495"/>
                <w:text/>
              </w:sdtPr>
              <w:sdtEndPr/>
              <w:sdtContent>
                <w:r w:rsidR="00AA0C46" w:rsidRPr="00B74068">
                  <w:rPr>
                    <w:rFonts w:ascii="Calibri" w:hAnsi="Calibri" w:cs="Calibri"/>
                    <w:color w:val="000000" w:themeColor="text1"/>
                    <w:sz w:val="22"/>
                  </w:rPr>
                  <w:t>Enter number</w:t>
                </w:r>
              </w:sdtContent>
            </w:sdt>
          </w:p>
        </w:tc>
      </w:tr>
    </w:tbl>
    <w:p w14:paraId="6A78B1A6" w14:textId="44148D39" w:rsidR="00C945C2" w:rsidRPr="00B74068" w:rsidRDefault="00FB3664" w:rsidP="003A49A5">
      <w:pPr>
        <w:pStyle w:val="Heading1"/>
        <w:shd w:val="clear" w:color="auto" w:fill="B8CCE4" w:themeFill="accent1" w:themeFillTint="66"/>
        <w:spacing w:before="0"/>
        <w:rPr>
          <w:rFonts w:ascii="Calibri" w:hAnsi="Calibri" w:cs="Calibri"/>
          <w:color w:val="000000" w:themeColor="text1"/>
          <w:sz w:val="22"/>
          <w:szCs w:val="22"/>
        </w:rPr>
      </w:pPr>
      <w:r w:rsidRPr="00B74068">
        <w:rPr>
          <w:rFonts w:ascii="Calibri" w:hAnsi="Calibri" w:cs="Calibri"/>
          <w:color w:val="000000" w:themeColor="text1"/>
          <w:sz w:val="22"/>
          <w:szCs w:val="22"/>
        </w:rPr>
        <w:lastRenderedPageBreak/>
        <w:t xml:space="preserve">Section </w:t>
      </w:r>
      <w:r w:rsidR="00FF7CE4">
        <w:rPr>
          <w:rFonts w:ascii="Calibri" w:hAnsi="Calibri" w:cs="Calibri"/>
          <w:color w:val="000000" w:themeColor="text1"/>
          <w:sz w:val="22"/>
          <w:szCs w:val="22"/>
        </w:rPr>
        <w:t>6</w:t>
      </w:r>
      <w:r w:rsidRPr="00B74068">
        <w:rPr>
          <w:rFonts w:ascii="Calibri" w:hAnsi="Calibri" w:cs="Calibri"/>
          <w:color w:val="000000" w:themeColor="text1"/>
          <w:sz w:val="22"/>
          <w:szCs w:val="22"/>
        </w:rPr>
        <w:t xml:space="preserve"> - Project Design</w:t>
      </w:r>
    </w:p>
    <w:p w14:paraId="334427E3" w14:textId="4A69E8CB" w:rsidR="00C945C2" w:rsidRPr="00B74068" w:rsidRDefault="00FF7CE4">
      <w:pPr>
        <w:pStyle w:val="Heading3"/>
        <w:rPr>
          <w:rFonts w:ascii="Calibri" w:hAnsi="Calibri" w:cs="Calibri"/>
          <w:color w:val="000000" w:themeColor="text1"/>
          <w:sz w:val="22"/>
        </w:rPr>
      </w:pPr>
      <w:r>
        <w:rPr>
          <w:rFonts w:ascii="Calibri" w:hAnsi="Calibri" w:cs="Calibri"/>
          <w:color w:val="000000" w:themeColor="text1"/>
          <w:sz w:val="22"/>
        </w:rPr>
        <w:t>6</w:t>
      </w:r>
      <w:r w:rsidR="00FB3664" w:rsidRPr="00B74068">
        <w:rPr>
          <w:rFonts w:ascii="Calibri" w:hAnsi="Calibri" w:cs="Calibri"/>
          <w:color w:val="000000" w:themeColor="text1"/>
          <w:sz w:val="22"/>
        </w:rPr>
        <w:t>.1 How the Project Will Work: Describe how participants will enter the project, receive services, and move toward the intended outcome.</w:t>
      </w:r>
      <w:bookmarkStart w:id="1" w:name="_Hlk233012820"/>
      <w:r w:rsidR="004D709A">
        <w:rPr>
          <w:rFonts w:ascii="Calibri" w:hAnsi="Calibri" w:cs="Calibri"/>
          <w:color w:val="000000" w:themeColor="text1"/>
          <w:sz w:val="22"/>
        </w:rPr>
        <w:t xml:space="preserve"> Address how the project is responsive to the particular needs of the target population to be served.</w:t>
      </w:r>
    </w:p>
    <w:tbl>
      <w:tblPr>
        <w:tblStyle w:val="TableGrid"/>
        <w:tblW w:w="0" w:type="auto"/>
        <w:jc w:val="center"/>
        <w:tblLook w:val="04A0" w:firstRow="1" w:lastRow="0" w:firstColumn="1" w:lastColumn="0" w:noHBand="0" w:noVBand="1"/>
      </w:tblPr>
      <w:tblGrid>
        <w:gridCol w:w="10214"/>
      </w:tblGrid>
      <w:tr w:rsidR="00C945C2" w:rsidRPr="00B74068" w14:paraId="1B523C26" w14:textId="77777777">
        <w:trPr>
          <w:jc w:val="center"/>
        </w:trPr>
        <w:tc>
          <w:tcPr>
            <w:tcW w:w="10368" w:type="dxa"/>
          </w:tcPr>
          <w:p w14:paraId="58BB0F9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5.1 How the Project Will Work: Describe how participants will en"/>
                <w:tag w:val="5.1 How the Project Will Work: Describe how participants will en"/>
                <w:id w:val="-846024640"/>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bookmarkEnd w:id="1"/>
    <w:p w14:paraId="47AEC865" w14:textId="77777777" w:rsidR="004D709A" w:rsidRPr="00B74068" w:rsidRDefault="00FF7CE4" w:rsidP="004D709A">
      <w:pPr>
        <w:pStyle w:val="Heading2"/>
        <w:rPr>
          <w:rFonts w:ascii="Calibri" w:hAnsi="Calibri" w:cs="Calibri"/>
          <w:color w:val="000000" w:themeColor="text1"/>
          <w:szCs w:val="22"/>
        </w:rPr>
      </w:pPr>
      <w:r>
        <w:rPr>
          <w:rFonts w:ascii="Calibri" w:hAnsi="Calibri" w:cs="Calibri"/>
          <w:color w:val="000000" w:themeColor="text1"/>
          <w:szCs w:val="22"/>
        </w:rPr>
        <w:t>6</w:t>
      </w:r>
      <w:r w:rsidR="00FB3664" w:rsidRPr="00B74068">
        <w:rPr>
          <w:rFonts w:ascii="Calibri" w:hAnsi="Calibri" w:cs="Calibri"/>
          <w:color w:val="000000" w:themeColor="text1"/>
          <w:szCs w:val="22"/>
        </w:rPr>
        <w:t xml:space="preserve">.2 </w:t>
      </w:r>
      <w:r w:rsidR="004D709A">
        <w:rPr>
          <w:rFonts w:ascii="Calibri" w:hAnsi="Calibri" w:cs="Calibri"/>
          <w:color w:val="000000" w:themeColor="text1"/>
          <w:szCs w:val="22"/>
        </w:rPr>
        <w:t>Project</w:t>
      </w:r>
      <w:r w:rsidR="004D709A" w:rsidRPr="00B74068">
        <w:rPr>
          <w:rFonts w:ascii="Calibri" w:hAnsi="Calibri" w:cs="Calibri"/>
          <w:color w:val="000000" w:themeColor="text1"/>
          <w:szCs w:val="22"/>
        </w:rPr>
        <w:t xml:space="preserve"> Staffing</w:t>
      </w:r>
    </w:p>
    <w:tbl>
      <w:tblPr>
        <w:tblStyle w:val="TableGrid"/>
        <w:tblW w:w="0" w:type="auto"/>
        <w:jc w:val="center"/>
        <w:tblLook w:val="04A0" w:firstRow="1" w:lastRow="0" w:firstColumn="1" w:lastColumn="0" w:noHBand="0" w:noVBand="1"/>
      </w:tblPr>
      <w:tblGrid>
        <w:gridCol w:w="2865"/>
        <w:gridCol w:w="1000"/>
        <w:gridCol w:w="4860"/>
        <w:gridCol w:w="1440"/>
      </w:tblGrid>
      <w:tr w:rsidR="004D709A" w:rsidRPr="00B74068" w14:paraId="4C5C2E18" w14:textId="77777777" w:rsidTr="00CE458B">
        <w:trPr>
          <w:jc w:val="center"/>
        </w:trPr>
        <w:tc>
          <w:tcPr>
            <w:tcW w:w="2865" w:type="dxa"/>
            <w:shd w:val="clear" w:color="auto" w:fill="DBE5F1" w:themeFill="accent1" w:themeFillTint="33"/>
          </w:tcPr>
          <w:p w14:paraId="174AB8EA" w14:textId="77777777" w:rsidR="004D709A" w:rsidRPr="00B74068" w:rsidRDefault="004D709A" w:rsidP="0028204C">
            <w:pPr>
              <w:rPr>
                <w:rFonts w:ascii="Calibri" w:hAnsi="Calibri" w:cs="Calibri"/>
                <w:color w:val="000000" w:themeColor="text1"/>
                <w:sz w:val="22"/>
              </w:rPr>
            </w:pPr>
            <w:r w:rsidRPr="00B74068">
              <w:rPr>
                <w:rFonts w:ascii="Calibri" w:hAnsi="Calibri" w:cs="Calibri"/>
                <w:b/>
                <w:color w:val="000000" w:themeColor="text1"/>
                <w:sz w:val="22"/>
              </w:rPr>
              <w:t>Position Title</w:t>
            </w:r>
          </w:p>
        </w:tc>
        <w:tc>
          <w:tcPr>
            <w:tcW w:w="1000" w:type="dxa"/>
            <w:shd w:val="clear" w:color="auto" w:fill="DBE5F1" w:themeFill="accent1" w:themeFillTint="33"/>
          </w:tcPr>
          <w:p w14:paraId="28A4A3E7" w14:textId="77777777" w:rsidR="004D709A" w:rsidRPr="00B74068" w:rsidRDefault="004D709A" w:rsidP="0028204C">
            <w:pPr>
              <w:rPr>
                <w:rFonts w:ascii="Calibri" w:hAnsi="Calibri" w:cs="Calibri"/>
                <w:color w:val="000000" w:themeColor="text1"/>
                <w:sz w:val="22"/>
              </w:rPr>
            </w:pPr>
            <w:r w:rsidRPr="00B74068">
              <w:rPr>
                <w:rFonts w:ascii="Calibri" w:hAnsi="Calibri" w:cs="Calibri"/>
                <w:b/>
                <w:color w:val="000000" w:themeColor="text1"/>
                <w:sz w:val="22"/>
              </w:rPr>
              <w:t>FTE</w:t>
            </w:r>
          </w:p>
        </w:tc>
        <w:tc>
          <w:tcPr>
            <w:tcW w:w="4860" w:type="dxa"/>
            <w:shd w:val="clear" w:color="auto" w:fill="DBE5F1" w:themeFill="accent1" w:themeFillTint="33"/>
          </w:tcPr>
          <w:p w14:paraId="4F30A5EA" w14:textId="77777777" w:rsidR="004D709A" w:rsidRPr="00B74068" w:rsidRDefault="004D709A" w:rsidP="0028204C">
            <w:pPr>
              <w:rPr>
                <w:rFonts w:ascii="Calibri" w:hAnsi="Calibri" w:cs="Calibri"/>
                <w:color w:val="000000" w:themeColor="text1"/>
                <w:sz w:val="22"/>
              </w:rPr>
            </w:pPr>
            <w:r w:rsidRPr="00B74068">
              <w:rPr>
                <w:rFonts w:ascii="Calibri" w:hAnsi="Calibri" w:cs="Calibri"/>
                <w:b/>
                <w:color w:val="000000" w:themeColor="text1"/>
                <w:sz w:val="22"/>
              </w:rPr>
              <w:t>Role in Project</w:t>
            </w:r>
          </w:p>
        </w:tc>
        <w:tc>
          <w:tcPr>
            <w:tcW w:w="1440" w:type="dxa"/>
            <w:shd w:val="clear" w:color="auto" w:fill="DBE5F1" w:themeFill="accent1" w:themeFillTint="33"/>
          </w:tcPr>
          <w:p w14:paraId="1859E969" w14:textId="77777777" w:rsidR="004D709A" w:rsidRPr="00B74068" w:rsidRDefault="004D709A" w:rsidP="0028204C">
            <w:pPr>
              <w:rPr>
                <w:rFonts w:ascii="Calibri" w:hAnsi="Calibri" w:cs="Calibri"/>
                <w:color w:val="000000" w:themeColor="text1"/>
                <w:sz w:val="22"/>
              </w:rPr>
            </w:pPr>
            <w:r w:rsidRPr="00B74068">
              <w:rPr>
                <w:rFonts w:ascii="Calibri" w:hAnsi="Calibri" w:cs="Calibri"/>
                <w:b/>
                <w:color w:val="000000" w:themeColor="text1"/>
                <w:sz w:val="22"/>
              </w:rPr>
              <w:t>Funded by HUD?</w:t>
            </w:r>
          </w:p>
        </w:tc>
      </w:tr>
      <w:tr w:rsidR="004D709A" w:rsidRPr="00B74068" w14:paraId="38A2AC65" w14:textId="77777777" w:rsidTr="00CE458B">
        <w:trPr>
          <w:jc w:val="center"/>
        </w:trPr>
        <w:tc>
          <w:tcPr>
            <w:tcW w:w="2865" w:type="dxa"/>
          </w:tcPr>
          <w:p w14:paraId="07613D77"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1_0"/>
                <w:tag w:val="staff1_0"/>
                <w:id w:val="-41520951"/>
                <w:showingPlcHdr/>
                <w:text/>
              </w:sdtPr>
              <w:sdtEndPr/>
              <w:sdtContent>
                <w:r w:rsidR="004D709A">
                  <w:rPr>
                    <w:rFonts w:ascii="Calibri" w:hAnsi="Calibri" w:cs="Calibri"/>
                    <w:color w:val="000000" w:themeColor="text1"/>
                    <w:sz w:val="22"/>
                  </w:rPr>
                  <w:t xml:space="preserve">     </w:t>
                </w:r>
              </w:sdtContent>
            </w:sdt>
          </w:p>
        </w:tc>
        <w:tc>
          <w:tcPr>
            <w:tcW w:w="1000" w:type="dxa"/>
          </w:tcPr>
          <w:p w14:paraId="387FC38A"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1_1"/>
                <w:tag w:val="staff1_1"/>
                <w:id w:val="534936021"/>
                <w:text/>
              </w:sdtPr>
              <w:sdtEndPr/>
              <w:sdtContent/>
            </w:sdt>
          </w:p>
        </w:tc>
        <w:tc>
          <w:tcPr>
            <w:tcW w:w="4860" w:type="dxa"/>
          </w:tcPr>
          <w:p w14:paraId="187D5FA6"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1_2"/>
                <w:tag w:val="staff1_2"/>
                <w:id w:val="939495126"/>
                <w:showingPlcHdr/>
                <w:text/>
              </w:sdtPr>
              <w:sdtEndPr/>
              <w:sdtContent>
                <w:r w:rsidR="004D709A">
                  <w:rPr>
                    <w:rFonts w:ascii="Calibri" w:hAnsi="Calibri" w:cs="Calibri"/>
                    <w:color w:val="000000" w:themeColor="text1"/>
                    <w:sz w:val="22"/>
                  </w:rPr>
                  <w:t xml:space="preserve">     </w:t>
                </w:r>
              </w:sdtContent>
            </w:sdt>
          </w:p>
        </w:tc>
        <w:tc>
          <w:tcPr>
            <w:tcW w:w="1440" w:type="dxa"/>
          </w:tcPr>
          <w:p w14:paraId="1CCB26F8"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1_3"/>
                <w:tag w:val="staff1_3"/>
                <w:id w:val="23451621"/>
                <w:text/>
              </w:sdtPr>
              <w:sdtEndPr/>
              <w:sdtContent/>
            </w:sdt>
          </w:p>
        </w:tc>
      </w:tr>
      <w:tr w:rsidR="004D709A" w:rsidRPr="00B74068" w14:paraId="0D97C317" w14:textId="77777777" w:rsidTr="00CE458B">
        <w:trPr>
          <w:jc w:val="center"/>
        </w:trPr>
        <w:tc>
          <w:tcPr>
            <w:tcW w:w="2865" w:type="dxa"/>
          </w:tcPr>
          <w:p w14:paraId="53BC704A"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2_0"/>
                <w:tag w:val="staff2_0"/>
                <w:id w:val="-666017146"/>
                <w:showingPlcHdr/>
                <w:text/>
              </w:sdtPr>
              <w:sdtEndPr/>
              <w:sdtContent>
                <w:r w:rsidR="004D709A">
                  <w:rPr>
                    <w:rFonts w:ascii="Calibri" w:hAnsi="Calibri" w:cs="Calibri"/>
                    <w:color w:val="000000" w:themeColor="text1"/>
                    <w:sz w:val="22"/>
                  </w:rPr>
                  <w:t xml:space="preserve">     </w:t>
                </w:r>
              </w:sdtContent>
            </w:sdt>
          </w:p>
        </w:tc>
        <w:tc>
          <w:tcPr>
            <w:tcW w:w="1000" w:type="dxa"/>
          </w:tcPr>
          <w:p w14:paraId="7F2C994D"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2_1"/>
                <w:tag w:val="staff2_1"/>
                <w:id w:val="376981171"/>
                <w:text/>
              </w:sdtPr>
              <w:sdtEndPr/>
              <w:sdtContent/>
            </w:sdt>
          </w:p>
        </w:tc>
        <w:tc>
          <w:tcPr>
            <w:tcW w:w="4860" w:type="dxa"/>
          </w:tcPr>
          <w:p w14:paraId="6D0217AE"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2_2"/>
                <w:tag w:val="staff2_2"/>
                <w:id w:val="-1955013189"/>
                <w:showingPlcHdr/>
                <w:text/>
              </w:sdtPr>
              <w:sdtEndPr/>
              <w:sdtContent>
                <w:r w:rsidR="004D709A">
                  <w:rPr>
                    <w:rFonts w:ascii="Calibri" w:hAnsi="Calibri" w:cs="Calibri"/>
                    <w:color w:val="000000" w:themeColor="text1"/>
                    <w:sz w:val="22"/>
                  </w:rPr>
                  <w:t xml:space="preserve">     </w:t>
                </w:r>
              </w:sdtContent>
            </w:sdt>
          </w:p>
        </w:tc>
        <w:tc>
          <w:tcPr>
            <w:tcW w:w="1440" w:type="dxa"/>
          </w:tcPr>
          <w:p w14:paraId="04536008"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2_3"/>
                <w:tag w:val="staff2_3"/>
                <w:id w:val="-1135098685"/>
                <w:text/>
              </w:sdtPr>
              <w:sdtEndPr/>
              <w:sdtContent/>
            </w:sdt>
          </w:p>
        </w:tc>
      </w:tr>
      <w:tr w:rsidR="004D709A" w:rsidRPr="00B74068" w14:paraId="2F9715D9" w14:textId="77777777" w:rsidTr="00CE458B">
        <w:trPr>
          <w:jc w:val="center"/>
        </w:trPr>
        <w:tc>
          <w:tcPr>
            <w:tcW w:w="2865" w:type="dxa"/>
          </w:tcPr>
          <w:p w14:paraId="1223F4F8"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3_0"/>
                <w:tag w:val="staff3_0"/>
                <w:id w:val="-906377155"/>
                <w:showingPlcHdr/>
                <w:text/>
              </w:sdtPr>
              <w:sdtEndPr/>
              <w:sdtContent>
                <w:r w:rsidR="004D709A">
                  <w:rPr>
                    <w:rFonts w:ascii="Calibri" w:hAnsi="Calibri" w:cs="Calibri"/>
                    <w:color w:val="000000" w:themeColor="text1"/>
                    <w:sz w:val="22"/>
                  </w:rPr>
                  <w:t xml:space="preserve">     </w:t>
                </w:r>
              </w:sdtContent>
            </w:sdt>
          </w:p>
        </w:tc>
        <w:tc>
          <w:tcPr>
            <w:tcW w:w="1000" w:type="dxa"/>
          </w:tcPr>
          <w:p w14:paraId="087976A2"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3_1"/>
                <w:tag w:val="staff3_1"/>
                <w:id w:val="1067920714"/>
                <w:text/>
              </w:sdtPr>
              <w:sdtEndPr/>
              <w:sdtContent/>
            </w:sdt>
          </w:p>
        </w:tc>
        <w:tc>
          <w:tcPr>
            <w:tcW w:w="4860" w:type="dxa"/>
          </w:tcPr>
          <w:p w14:paraId="36C8E298"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3_2"/>
                <w:tag w:val="staff3_2"/>
                <w:id w:val="-1107964219"/>
                <w:showingPlcHdr/>
                <w:text/>
              </w:sdtPr>
              <w:sdtEndPr/>
              <w:sdtContent>
                <w:r w:rsidR="004D709A">
                  <w:rPr>
                    <w:rFonts w:ascii="Calibri" w:hAnsi="Calibri" w:cs="Calibri"/>
                    <w:color w:val="000000" w:themeColor="text1"/>
                    <w:sz w:val="22"/>
                  </w:rPr>
                  <w:t xml:space="preserve">     </w:t>
                </w:r>
              </w:sdtContent>
            </w:sdt>
          </w:p>
        </w:tc>
        <w:tc>
          <w:tcPr>
            <w:tcW w:w="1440" w:type="dxa"/>
          </w:tcPr>
          <w:p w14:paraId="53A9AE78"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3_3"/>
                <w:tag w:val="staff3_3"/>
                <w:id w:val="-890195888"/>
                <w:text/>
              </w:sdtPr>
              <w:sdtEndPr/>
              <w:sdtContent/>
            </w:sdt>
          </w:p>
        </w:tc>
      </w:tr>
      <w:tr w:rsidR="004D709A" w:rsidRPr="00B74068" w14:paraId="1C8F62C4" w14:textId="77777777" w:rsidTr="00CE458B">
        <w:trPr>
          <w:jc w:val="center"/>
        </w:trPr>
        <w:tc>
          <w:tcPr>
            <w:tcW w:w="2865" w:type="dxa"/>
          </w:tcPr>
          <w:p w14:paraId="522E0105"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4_0"/>
                <w:tag w:val="staff4_0"/>
                <w:id w:val="1666356380"/>
                <w:showingPlcHdr/>
                <w:text/>
              </w:sdtPr>
              <w:sdtEndPr/>
              <w:sdtContent>
                <w:r w:rsidR="004D709A">
                  <w:rPr>
                    <w:rFonts w:ascii="Calibri" w:hAnsi="Calibri" w:cs="Calibri"/>
                    <w:color w:val="000000" w:themeColor="text1"/>
                    <w:sz w:val="22"/>
                  </w:rPr>
                  <w:t xml:space="preserve">     </w:t>
                </w:r>
              </w:sdtContent>
            </w:sdt>
          </w:p>
        </w:tc>
        <w:tc>
          <w:tcPr>
            <w:tcW w:w="1000" w:type="dxa"/>
          </w:tcPr>
          <w:p w14:paraId="49E9F8D4"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4_1"/>
                <w:tag w:val="staff4_1"/>
                <w:id w:val="-1876534165"/>
                <w:text/>
              </w:sdtPr>
              <w:sdtEndPr/>
              <w:sdtContent/>
            </w:sdt>
          </w:p>
        </w:tc>
        <w:tc>
          <w:tcPr>
            <w:tcW w:w="4860" w:type="dxa"/>
          </w:tcPr>
          <w:p w14:paraId="2FFBB8F4"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4_2"/>
                <w:tag w:val="staff4_2"/>
                <w:id w:val="-877848335"/>
                <w:showingPlcHdr/>
                <w:text/>
              </w:sdtPr>
              <w:sdtEndPr/>
              <w:sdtContent>
                <w:r w:rsidR="004D709A">
                  <w:rPr>
                    <w:rFonts w:ascii="Calibri" w:hAnsi="Calibri" w:cs="Calibri"/>
                    <w:color w:val="000000" w:themeColor="text1"/>
                    <w:sz w:val="22"/>
                  </w:rPr>
                  <w:t xml:space="preserve">     </w:t>
                </w:r>
              </w:sdtContent>
            </w:sdt>
          </w:p>
        </w:tc>
        <w:tc>
          <w:tcPr>
            <w:tcW w:w="1440" w:type="dxa"/>
          </w:tcPr>
          <w:p w14:paraId="66F33D9B"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staff4_3"/>
                <w:tag w:val="staff4_3"/>
                <w:id w:val="527307455"/>
                <w:text/>
              </w:sdtPr>
              <w:sdtEndPr/>
              <w:sdtContent/>
            </w:sdt>
          </w:p>
        </w:tc>
      </w:tr>
    </w:tbl>
    <w:p w14:paraId="20171D39" w14:textId="6F4ED8EA" w:rsidR="004D709A" w:rsidRDefault="004D709A" w:rsidP="00443296">
      <w:pPr>
        <w:pStyle w:val="Heading2"/>
        <w:rPr>
          <w:color w:val="auto"/>
        </w:rPr>
      </w:pPr>
      <w:r>
        <w:rPr>
          <w:rFonts w:ascii="Calibri" w:hAnsi="Calibri" w:cs="Calibri"/>
          <w:color w:val="000000" w:themeColor="text1"/>
          <w:szCs w:val="22"/>
        </w:rPr>
        <w:t>6</w:t>
      </w:r>
      <w:r w:rsidRPr="00B74068">
        <w:rPr>
          <w:rFonts w:ascii="Calibri" w:hAnsi="Calibri" w:cs="Calibri"/>
          <w:color w:val="000000" w:themeColor="text1"/>
          <w:szCs w:val="22"/>
        </w:rPr>
        <w:t xml:space="preserve">.3 </w:t>
      </w:r>
      <w:r>
        <w:rPr>
          <w:rFonts w:ascii="Calibri" w:hAnsi="Calibri" w:cs="Calibri"/>
          <w:color w:val="000000" w:themeColor="text1"/>
          <w:szCs w:val="22"/>
        </w:rPr>
        <w:t>Staffing Ratio</w:t>
      </w:r>
      <w:r w:rsidR="00001DC5">
        <w:rPr>
          <w:rFonts w:ascii="Calibri" w:hAnsi="Calibri" w:cs="Calibri"/>
          <w:color w:val="000000" w:themeColor="text1"/>
          <w:szCs w:val="22"/>
        </w:rPr>
        <w:t>.</w:t>
      </w:r>
      <w:r w:rsidR="00443296">
        <w:rPr>
          <w:rFonts w:ascii="Calibri" w:hAnsi="Calibri" w:cs="Calibri"/>
          <w:color w:val="000000" w:themeColor="text1"/>
          <w:szCs w:val="22"/>
        </w:rPr>
        <w:t xml:space="preserve"> </w:t>
      </w:r>
      <w:r w:rsidRPr="004D709A">
        <w:rPr>
          <w:color w:val="auto"/>
          <w:szCs w:val="22"/>
        </w:rPr>
        <w:t>Sta</w:t>
      </w:r>
      <w:r w:rsidRPr="004D709A">
        <w:rPr>
          <w:color w:val="auto"/>
        </w:rPr>
        <w:t>t</w:t>
      </w:r>
      <w:r w:rsidRPr="004D709A">
        <w:rPr>
          <w:color w:val="auto"/>
          <w:szCs w:val="22"/>
        </w:rPr>
        <w:t xml:space="preserve">e the </w:t>
      </w:r>
      <w:r w:rsidRPr="004D709A">
        <w:rPr>
          <w:color w:val="auto"/>
        </w:rPr>
        <w:t>ratio of case managers to households enrolled in the project</w:t>
      </w:r>
      <w:r w:rsidR="00001DC5">
        <w:rPr>
          <w:color w:val="auto"/>
        </w:rPr>
        <w:t xml:space="preserve">: </w:t>
      </w:r>
    </w:p>
    <w:tbl>
      <w:tblPr>
        <w:tblStyle w:val="TableGrid"/>
        <w:tblW w:w="0" w:type="auto"/>
        <w:jc w:val="center"/>
        <w:tblLook w:val="04A0" w:firstRow="1" w:lastRow="0" w:firstColumn="1" w:lastColumn="0" w:noHBand="0" w:noVBand="1"/>
      </w:tblPr>
      <w:tblGrid>
        <w:gridCol w:w="10214"/>
      </w:tblGrid>
      <w:tr w:rsidR="004D709A" w:rsidRPr="00B74068" w14:paraId="02BE5783" w14:textId="77777777" w:rsidTr="00001DC5">
        <w:trPr>
          <w:trHeight w:val="647"/>
          <w:jc w:val="center"/>
        </w:trPr>
        <w:tc>
          <w:tcPr>
            <w:tcW w:w="10214" w:type="dxa"/>
          </w:tcPr>
          <w:p w14:paraId="31C8E322" w14:textId="77777777" w:rsidR="004D709A"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5.1 How the Project Will Work: Describe how participants will en"/>
                <w:tag w:val="5.1 How the Project Will Work: Describe how participants will en"/>
                <w:id w:val="-1449845141"/>
                <w:text/>
              </w:sdtPr>
              <w:sdtEndPr/>
              <w:sdtContent>
                <w:r w:rsidR="004D709A" w:rsidRPr="00B74068">
                  <w:rPr>
                    <w:rFonts w:ascii="Calibri" w:hAnsi="Calibri" w:cs="Calibri"/>
                    <w:color w:val="000000" w:themeColor="text1"/>
                    <w:sz w:val="22"/>
                  </w:rPr>
                  <w:t>Type response here.</w:t>
                </w:r>
              </w:sdtContent>
            </w:sdt>
            <w:r w:rsidR="004D709A" w:rsidRPr="00B74068">
              <w:rPr>
                <w:rFonts w:ascii="Calibri" w:hAnsi="Calibri" w:cs="Calibri"/>
                <w:color w:val="000000" w:themeColor="text1"/>
                <w:sz w:val="22"/>
              </w:rPr>
              <w:br/>
              <w:t xml:space="preserve"> </w:t>
            </w:r>
            <w:r w:rsidR="004D709A" w:rsidRPr="00B74068">
              <w:rPr>
                <w:rFonts w:ascii="Calibri" w:hAnsi="Calibri" w:cs="Calibri"/>
                <w:color w:val="000000" w:themeColor="text1"/>
                <w:sz w:val="22"/>
              </w:rPr>
              <w:br/>
              <w:t xml:space="preserve"> </w:t>
            </w:r>
            <w:r w:rsidR="004D709A" w:rsidRPr="00B74068">
              <w:rPr>
                <w:rFonts w:ascii="Calibri" w:hAnsi="Calibri" w:cs="Calibri"/>
                <w:color w:val="000000" w:themeColor="text1"/>
                <w:sz w:val="22"/>
              </w:rPr>
              <w:br/>
              <w:t xml:space="preserve"> </w:t>
            </w:r>
            <w:r w:rsidR="004D709A" w:rsidRPr="00B74068">
              <w:rPr>
                <w:rFonts w:ascii="Calibri" w:hAnsi="Calibri" w:cs="Calibri"/>
                <w:color w:val="000000" w:themeColor="text1"/>
                <w:sz w:val="22"/>
              </w:rPr>
              <w:br/>
              <w:t xml:space="preserve"> </w:t>
            </w:r>
            <w:r w:rsidR="004D709A" w:rsidRPr="00B74068">
              <w:rPr>
                <w:rFonts w:ascii="Calibri" w:hAnsi="Calibri" w:cs="Calibri"/>
                <w:color w:val="000000" w:themeColor="text1"/>
                <w:sz w:val="22"/>
              </w:rPr>
              <w:br/>
              <w:t xml:space="preserve"> </w:t>
            </w:r>
          </w:p>
        </w:tc>
      </w:tr>
    </w:tbl>
    <w:p w14:paraId="6EFC0EB7" w14:textId="77777777" w:rsidR="004D709A" w:rsidRPr="004D709A" w:rsidRDefault="004D709A" w:rsidP="00443296">
      <w:pPr>
        <w:spacing w:after="0"/>
        <w:rPr>
          <w:sz w:val="22"/>
        </w:rPr>
      </w:pPr>
    </w:p>
    <w:p w14:paraId="4A05CAB2" w14:textId="2DE0B53B" w:rsidR="00C945C2" w:rsidRPr="00B74068" w:rsidRDefault="00FF7CE4" w:rsidP="00443296">
      <w:pPr>
        <w:pStyle w:val="Heading2"/>
        <w:spacing w:before="0"/>
        <w:rPr>
          <w:rFonts w:ascii="Calibri" w:hAnsi="Calibri" w:cs="Calibri"/>
          <w:color w:val="000000" w:themeColor="text1"/>
          <w:szCs w:val="22"/>
        </w:rPr>
      </w:pPr>
      <w:bookmarkStart w:id="2" w:name="_Hlk233012694"/>
      <w:r>
        <w:rPr>
          <w:rFonts w:ascii="Calibri" w:hAnsi="Calibri" w:cs="Calibri"/>
          <w:color w:val="000000" w:themeColor="text1"/>
          <w:szCs w:val="22"/>
        </w:rPr>
        <w:t>6</w:t>
      </w:r>
      <w:r w:rsidR="00FB3664" w:rsidRPr="00B74068">
        <w:rPr>
          <w:rFonts w:ascii="Calibri" w:hAnsi="Calibri" w:cs="Calibri"/>
          <w:color w:val="000000" w:themeColor="text1"/>
          <w:szCs w:val="22"/>
        </w:rPr>
        <w:t>.</w:t>
      </w:r>
      <w:r w:rsidR="004D709A">
        <w:rPr>
          <w:rFonts w:ascii="Calibri" w:hAnsi="Calibri" w:cs="Calibri"/>
          <w:color w:val="000000" w:themeColor="text1"/>
          <w:szCs w:val="22"/>
        </w:rPr>
        <w:t>4</w:t>
      </w:r>
      <w:r w:rsidR="00FB3664" w:rsidRPr="00B74068">
        <w:rPr>
          <w:rFonts w:ascii="Calibri" w:hAnsi="Calibri" w:cs="Calibri"/>
          <w:color w:val="000000" w:themeColor="text1"/>
          <w:szCs w:val="22"/>
        </w:rPr>
        <w:t xml:space="preserve"> Housing Model, If Applicable</w:t>
      </w:r>
      <w:r w:rsidR="00877224">
        <w:rPr>
          <w:rFonts w:ascii="Calibri" w:hAnsi="Calibri" w:cs="Calibri"/>
          <w:color w:val="000000" w:themeColor="text1"/>
          <w:szCs w:val="22"/>
        </w:rPr>
        <w:t xml:space="preserve"> </w:t>
      </w:r>
      <w:bookmarkEnd w:id="2"/>
      <w:r w:rsidR="00877224">
        <w:rPr>
          <w:rFonts w:ascii="Calibri" w:hAnsi="Calibri" w:cs="Calibri"/>
          <w:color w:val="000000" w:themeColor="text1"/>
          <w:szCs w:val="22"/>
        </w:rPr>
        <w:t>(Only applicable for TH programs)</w:t>
      </w:r>
    </w:p>
    <w:tbl>
      <w:tblPr>
        <w:tblStyle w:val="TableGrid"/>
        <w:tblW w:w="0" w:type="auto"/>
        <w:jc w:val="center"/>
        <w:tblLook w:val="04A0" w:firstRow="1" w:lastRow="0" w:firstColumn="1" w:lastColumn="0" w:noHBand="0" w:noVBand="1"/>
      </w:tblPr>
      <w:tblGrid>
        <w:gridCol w:w="5123"/>
        <w:gridCol w:w="5091"/>
      </w:tblGrid>
      <w:tr w:rsidR="00C945C2" w:rsidRPr="00B74068" w14:paraId="2506196F" w14:textId="77777777">
        <w:trPr>
          <w:jc w:val="center"/>
        </w:trPr>
        <w:tc>
          <w:tcPr>
            <w:tcW w:w="5184" w:type="dxa"/>
          </w:tcPr>
          <w:p w14:paraId="5B3DF8C3"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ite-based"/>
                <w:tag w:val="Site-based"/>
                <w:id w:val="98980395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Site-based    </w:t>
            </w:r>
          </w:p>
        </w:tc>
        <w:tc>
          <w:tcPr>
            <w:tcW w:w="5184" w:type="dxa"/>
          </w:tcPr>
          <w:p w14:paraId="737D3278"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cattered-site"/>
                <w:tag w:val="Scattered-site"/>
                <w:id w:val="20770370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Scattered-site    </w:t>
            </w:r>
          </w:p>
        </w:tc>
      </w:tr>
      <w:tr w:rsidR="00C945C2" w:rsidRPr="00B74068" w14:paraId="50547B0F" w14:textId="77777777">
        <w:trPr>
          <w:jc w:val="center"/>
        </w:trPr>
        <w:tc>
          <w:tcPr>
            <w:tcW w:w="5184" w:type="dxa"/>
          </w:tcPr>
          <w:p w14:paraId="760A8A44" w14:textId="61DB6A0F"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ster-leased"/>
                <w:tag w:val="Master-leased"/>
                <w:id w:val="409474765"/>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w:t>
            </w:r>
            <w:r w:rsidR="008E741F">
              <w:rPr>
                <w:rFonts w:ascii="Calibri" w:hAnsi="Calibri" w:cs="Calibri"/>
                <w:color w:val="000000" w:themeColor="text1"/>
                <w:sz w:val="22"/>
              </w:rPr>
              <w:t>Agency</w:t>
            </w:r>
            <w:r w:rsidR="00B74068">
              <w:rPr>
                <w:rFonts w:ascii="Calibri" w:hAnsi="Calibri" w:cs="Calibri"/>
                <w:color w:val="000000" w:themeColor="text1"/>
                <w:sz w:val="22"/>
              </w:rPr>
              <w:t xml:space="preserve">- Leased </w:t>
            </w:r>
            <w:r w:rsidR="00FB3664" w:rsidRPr="00B74068">
              <w:rPr>
                <w:rFonts w:ascii="Calibri" w:hAnsi="Calibri" w:cs="Calibri"/>
                <w:color w:val="000000" w:themeColor="text1"/>
                <w:sz w:val="22"/>
              </w:rPr>
              <w:t xml:space="preserve">    </w:t>
            </w:r>
          </w:p>
        </w:tc>
        <w:tc>
          <w:tcPr>
            <w:tcW w:w="5184" w:type="dxa"/>
          </w:tcPr>
          <w:p w14:paraId="0D6755D5"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ponsor-based"/>
                <w:tag w:val="Sponsor-based"/>
                <w:id w:val="128646928"/>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Sponsor-based    </w:t>
            </w:r>
          </w:p>
        </w:tc>
      </w:tr>
      <w:tr w:rsidR="00C945C2" w:rsidRPr="00B74068" w14:paraId="3E23C5E7" w14:textId="77777777">
        <w:trPr>
          <w:jc w:val="center"/>
        </w:trPr>
        <w:tc>
          <w:tcPr>
            <w:tcW w:w="5184" w:type="dxa"/>
          </w:tcPr>
          <w:p w14:paraId="5401CE8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Tenant-based rental assistance"/>
                <w:tag w:val="Tenant-based_rental_assistance"/>
                <w:id w:val="301075546"/>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Tenant-based rental assistance    </w:t>
            </w:r>
          </w:p>
        </w:tc>
        <w:tc>
          <w:tcPr>
            <w:tcW w:w="5184" w:type="dxa"/>
          </w:tcPr>
          <w:p w14:paraId="645C25D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Other"/>
                <w:tag w:val="Other"/>
                <w:id w:val="721173968"/>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Other    </w:t>
            </w:r>
          </w:p>
        </w:tc>
      </w:tr>
      <w:tr w:rsidR="00C945C2" w:rsidRPr="00B74068" w14:paraId="578C6AE5" w14:textId="77777777">
        <w:trPr>
          <w:jc w:val="center"/>
        </w:trPr>
        <w:tc>
          <w:tcPr>
            <w:tcW w:w="5184" w:type="dxa"/>
          </w:tcPr>
          <w:p w14:paraId="7D6BF5DF"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icipants sign lease/occupancy/program agreement"/>
                <w:tag w:val="Participants_sign_lease/occupancy/progra"/>
                <w:id w:val="44704006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Participants sign lease/occupancy/program agreement    </w:t>
            </w:r>
          </w:p>
        </w:tc>
        <w:tc>
          <w:tcPr>
            <w:tcW w:w="5184" w:type="dxa"/>
          </w:tcPr>
          <w:p w14:paraId="31C46CB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Unsure / Need TA"/>
                <w:tag w:val="Unsure_/_Need_TA"/>
                <w:id w:val="85452347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Unsure / Need TA    </w:t>
            </w:r>
          </w:p>
        </w:tc>
      </w:tr>
    </w:tbl>
    <w:p w14:paraId="40EDC409" w14:textId="3BF4B33E" w:rsidR="00C945C2" w:rsidRPr="00B74068" w:rsidRDefault="00FB3664">
      <w:pPr>
        <w:pStyle w:val="Heading3"/>
        <w:rPr>
          <w:rFonts w:ascii="Calibri" w:hAnsi="Calibri" w:cs="Calibri"/>
          <w:color w:val="000000" w:themeColor="text1"/>
          <w:sz w:val="22"/>
        </w:rPr>
      </w:pPr>
      <w:r w:rsidRPr="00B74068">
        <w:rPr>
          <w:rFonts w:ascii="Calibri" w:hAnsi="Calibri" w:cs="Calibri"/>
          <w:color w:val="000000" w:themeColor="text1"/>
          <w:sz w:val="22"/>
        </w:rPr>
        <w:t xml:space="preserve">Describe the housing model, length of assistance, and how </w:t>
      </w:r>
      <w:r w:rsidR="00EF3C96">
        <w:rPr>
          <w:rFonts w:ascii="Calibri" w:hAnsi="Calibri" w:cs="Calibri"/>
          <w:color w:val="000000" w:themeColor="text1"/>
          <w:sz w:val="22"/>
        </w:rPr>
        <w:t xml:space="preserve">the project will help </w:t>
      </w:r>
      <w:r w:rsidRPr="00B74068">
        <w:rPr>
          <w:rFonts w:ascii="Calibri" w:hAnsi="Calibri" w:cs="Calibri"/>
          <w:color w:val="000000" w:themeColor="text1"/>
          <w:sz w:val="22"/>
        </w:rPr>
        <w:t>participants move toward permanent housing.</w:t>
      </w:r>
      <w:r w:rsidR="00D33277">
        <w:rPr>
          <w:rFonts w:ascii="Calibri" w:hAnsi="Calibri" w:cs="Calibri"/>
          <w:color w:val="000000" w:themeColor="text1"/>
          <w:sz w:val="22"/>
        </w:rPr>
        <w:t xml:space="preserve"> </w:t>
      </w:r>
      <w:r w:rsidR="00D33277" w:rsidRPr="00D33277">
        <w:rPr>
          <w:rFonts w:ascii="Calibri" w:hAnsi="Calibri" w:cs="Calibri"/>
          <w:color w:val="000000" w:themeColor="text1"/>
          <w:sz w:val="22"/>
        </w:rPr>
        <w:t>(Only applicable for TH programs)</w:t>
      </w:r>
    </w:p>
    <w:tbl>
      <w:tblPr>
        <w:tblStyle w:val="TableGrid"/>
        <w:tblW w:w="0" w:type="auto"/>
        <w:jc w:val="center"/>
        <w:tblLook w:val="04A0" w:firstRow="1" w:lastRow="0" w:firstColumn="1" w:lastColumn="0" w:noHBand="0" w:noVBand="1"/>
      </w:tblPr>
      <w:tblGrid>
        <w:gridCol w:w="10214"/>
      </w:tblGrid>
      <w:tr w:rsidR="00C945C2" w:rsidRPr="00B74068" w14:paraId="48994C97" w14:textId="77777777">
        <w:trPr>
          <w:jc w:val="center"/>
        </w:trPr>
        <w:tc>
          <w:tcPr>
            <w:tcW w:w="10368" w:type="dxa"/>
          </w:tcPr>
          <w:p w14:paraId="7C8655DF"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Describe the housing model, length of assistance, and how partic"/>
                <w:tag w:val="Describe the housing model, length of assistance, and how partic"/>
                <w:id w:val="-1048442523"/>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001EB45F" w14:textId="4A9A7A29" w:rsidR="004D709A" w:rsidRDefault="004D709A" w:rsidP="00C50F62">
      <w:pPr>
        <w:spacing w:after="0"/>
        <w:rPr>
          <w:rFonts w:ascii="Calibri" w:hAnsi="Calibri" w:cs="Calibri"/>
          <w:color w:val="000000" w:themeColor="text1"/>
          <w:sz w:val="22"/>
        </w:rPr>
      </w:pPr>
    </w:p>
    <w:p w14:paraId="7EA9DD71" w14:textId="3A367070" w:rsidR="00C945C2" w:rsidRPr="00B74068" w:rsidRDefault="00C50F62" w:rsidP="003A49A5">
      <w:pPr>
        <w:pStyle w:val="Heading1"/>
        <w:shd w:val="clear" w:color="auto" w:fill="B8CCE4" w:themeFill="accent1" w:themeFillTint="66"/>
        <w:spacing w:before="360"/>
        <w:rPr>
          <w:rFonts w:ascii="Calibri" w:hAnsi="Calibri" w:cs="Calibri"/>
          <w:color w:val="000000" w:themeColor="text1"/>
          <w:sz w:val="22"/>
          <w:szCs w:val="22"/>
        </w:rPr>
      </w:pPr>
      <w:r>
        <w:rPr>
          <w:rFonts w:ascii="Calibri" w:hAnsi="Calibri" w:cs="Calibri"/>
          <w:color w:val="000000" w:themeColor="text1"/>
          <w:sz w:val="22"/>
          <w:szCs w:val="22"/>
        </w:rPr>
        <w:lastRenderedPageBreak/>
        <w:t>S</w:t>
      </w:r>
      <w:r w:rsidR="00FB3664" w:rsidRPr="00B74068">
        <w:rPr>
          <w:rFonts w:ascii="Calibri" w:hAnsi="Calibri" w:cs="Calibri"/>
          <w:color w:val="000000" w:themeColor="text1"/>
          <w:sz w:val="22"/>
          <w:szCs w:val="22"/>
        </w:rPr>
        <w:t xml:space="preserve">ection </w:t>
      </w:r>
      <w:r w:rsidR="00FF7CE4">
        <w:rPr>
          <w:rFonts w:ascii="Calibri" w:hAnsi="Calibri" w:cs="Calibri"/>
          <w:color w:val="000000" w:themeColor="text1"/>
          <w:sz w:val="22"/>
          <w:szCs w:val="22"/>
        </w:rPr>
        <w:t>7</w:t>
      </w:r>
      <w:r w:rsidR="00FB3664" w:rsidRPr="00B74068">
        <w:rPr>
          <w:rFonts w:ascii="Calibri" w:hAnsi="Calibri" w:cs="Calibri"/>
          <w:color w:val="000000" w:themeColor="text1"/>
          <w:sz w:val="22"/>
          <w:szCs w:val="22"/>
        </w:rPr>
        <w:t xml:space="preserve"> - Supportive Services</w:t>
      </w:r>
    </w:p>
    <w:p w14:paraId="55A13674" w14:textId="009B631C" w:rsidR="00C945C2" w:rsidRPr="00B74068" w:rsidRDefault="00FF7CE4">
      <w:pPr>
        <w:pStyle w:val="Heading2"/>
        <w:rPr>
          <w:rFonts w:ascii="Calibri" w:hAnsi="Calibri" w:cs="Calibri"/>
          <w:color w:val="000000" w:themeColor="text1"/>
          <w:szCs w:val="22"/>
        </w:rPr>
      </w:pPr>
      <w:r>
        <w:rPr>
          <w:rFonts w:ascii="Calibri" w:hAnsi="Calibri" w:cs="Calibri"/>
          <w:color w:val="000000" w:themeColor="text1"/>
          <w:szCs w:val="22"/>
        </w:rPr>
        <w:t>7</w:t>
      </w:r>
      <w:r w:rsidR="00FB3664" w:rsidRPr="00B74068">
        <w:rPr>
          <w:rFonts w:ascii="Calibri" w:hAnsi="Calibri" w:cs="Calibri"/>
          <w:color w:val="000000" w:themeColor="text1"/>
          <w:szCs w:val="22"/>
        </w:rPr>
        <w:t>.1 Services Provided</w:t>
      </w:r>
    </w:p>
    <w:tbl>
      <w:tblPr>
        <w:tblStyle w:val="TableGrid"/>
        <w:tblW w:w="0" w:type="auto"/>
        <w:jc w:val="center"/>
        <w:tblLook w:val="04A0" w:firstRow="1" w:lastRow="0" w:firstColumn="1" w:lastColumn="0" w:noHBand="0" w:noVBand="1"/>
      </w:tblPr>
      <w:tblGrid>
        <w:gridCol w:w="5105"/>
        <w:gridCol w:w="5109"/>
      </w:tblGrid>
      <w:tr w:rsidR="00C945C2" w:rsidRPr="00B74068" w14:paraId="7EF801E4" w14:textId="77777777" w:rsidTr="00F24D72">
        <w:trPr>
          <w:jc w:val="center"/>
        </w:trPr>
        <w:tc>
          <w:tcPr>
            <w:tcW w:w="5105" w:type="dxa"/>
          </w:tcPr>
          <w:p w14:paraId="24B2EA77" w14:textId="5930A085"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Case management"/>
                <w:tag w:val="Case_management"/>
                <w:id w:val="510087931"/>
                <w14:checkbox>
                  <w14:checked w14:val="0"/>
                  <w14:checkedState w14:val="2612" w14:font="MS Gothic"/>
                  <w14:uncheckedState w14:val="2610" w14:font="MS Gothic"/>
                </w14:checkbox>
              </w:sdtPr>
              <w:sdtEndPr/>
              <w:sdtContent>
                <w:r w:rsidR="00443296">
                  <w:rPr>
                    <w:rFonts w:ascii="MS Gothic" w:eastAsia="MS Gothic" w:hAnsi="MS Gothic" w:cs="Calibri" w:hint="eastAsia"/>
                    <w:color w:val="000000" w:themeColor="text1"/>
                    <w:sz w:val="22"/>
                  </w:rPr>
                  <w:t>☐</w:t>
                </w:r>
              </w:sdtContent>
            </w:sdt>
            <w:r w:rsidR="00FB3664" w:rsidRPr="00443296">
              <w:rPr>
                <w:rFonts w:ascii="Calibri" w:hAnsi="Calibri" w:cs="Calibri"/>
                <w:color w:val="000000" w:themeColor="text1"/>
                <w:sz w:val="22"/>
              </w:rPr>
              <w:t xml:space="preserve"> Case management    </w:t>
            </w:r>
          </w:p>
        </w:tc>
        <w:tc>
          <w:tcPr>
            <w:tcW w:w="5109" w:type="dxa"/>
          </w:tcPr>
          <w:p w14:paraId="7ED9A766"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Housing navigation"/>
                <w:tag w:val="Housing_navigation"/>
                <w:id w:val="892569767"/>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Housing navigation    </w:t>
            </w:r>
          </w:p>
        </w:tc>
      </w:tr>
      <w:tr w:rsidR="00C945C2" w:rsidRPr="00B74068" w14:paraId="38C8DF8E" w14:textId="77777777" w:rsidTr="00F24D72">
        <w:trPr>
          <w:jc w:val="center"/>
        </w:trPr>
        <w:tc>
          <w:tcPr>
            <w:tcW w:w="5105" w:type="dxa"/>
          </w:tcPr>
          <w:p w14:paraId="0B6D8231"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Employment / job readiness"/>
                <w:tag w:val="Employment_/_job_readiness"/>
                <w:id w:val="849972192"/>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Employment / job readiness    </w:t>
            </w:r>
          </w:p>
        </w:tc>
        <w:tc>
          <w:tcPr>
            <w:tcW w:w="5109" w:type="dxa"/>
          </w:tcPr>
          <w:p w14:paraId="032836BF"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Income and benefits connection"/>
                <w:tag w:val="Income_and_benefits_connection"/>
                <w:id w:val="904561344"/>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Income and benefits connection    </w:t>
            </w:r>
          </w:p>
        </w:tc>
      </w:tr>
      <w:tr w:rsidR="00C945C2" w:rsidRPr="00B74068" w14:paraId="5A03B160" w14:textId="77777777" w:rsidTr="00F24D72">
        <w:trPr>
          <w:jc w:val="center"/>
        </w:trPr>
        <w:tc>
          <w:tcPr>
            <w:tcW w:w="5105" w:type="dxa"/>
          </w:tcPr>
          <w:p w14:paraId="0D351DD6"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Substance use disorder treatment connection"/>
                <w:tag w:val="Substance_use_disorder_treatment_connect"/>
                <w:id w:val="538155270"/>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Substance use disorder treatment connection    </w:t>
            </w:r>
          </w:p>
        </w:tc>
        <w:tc>
          <w:tcPr>
            <w:tcW w:w="5109" w:type="dxa"/>
          </w:tcPr>
          <w:p w14:paraId="49C65DA7"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Recovery support"/>
                <w:tag w:val="Recovery_support"/>
                <w:id w:val="537416759"/>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Recovery support    </w:t>
            </w:r>
          </w:p>
        </w:tc>
      </w:tr>
      <w:tr w:rsidR="00C945C2" w:rsidRPr="00B74068" w14:paraId="1D20006F" w14:textId="77777777" w:rsidTr="00F24D72">
        <w:trPr>
          <w:jc w:val="center"/>
        </w:trPr>
        <w:tc>
          <w:tcPr>
            <w:tcW w:w="5105" w:type="dxa"/>
          </w:tcPr>
          <w:p w14:paraId="5AB88451"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Peer support"/>
                <w:tag w:val="Peer_support"/>
                <w:id w:val="561815012"/>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Peer support    </w:t>
            </w:r>
          </w:p>
        </w:tc>
        <w:tc>
          <w:tcPr>
            <w:tcW w:w="5109" w:type="dxa"/>
          </w:tcPr>
          <w:p w14:paraId="73B90C76"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Mental health services connection"/>
                <w:tag w:val="Mental_health_services_connection"/>
                <w:id w:val="825949275"/>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Mental health services connection    </w:t>
            </w:r>
          </w:p>
        </w:tc>
      </w:tr>
      <w:tr w:rsidR="00C945C2" w:rsidRPr="00B74068" w14:paraId="023B700E" w14:textId="77777777" w:rsidTr="00F24D72">
        <w:trPr>
          <w:jc w:val="center"/>
        </w:trPr>
        <w:tc>
          <w:tcPr>
            <w:tcW w:w="5105" w:type="dxa"/>
          </w:tcPr>
          <w:p w14:paraId="6FBD55A6"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Healthcare connection"/>
                <w:tag w:val="Healthcare_connection"/>
                <w:id w:val="334436361"/>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Healthcare connection    </w:t>
            </w:r>
          </w:p>
        </w:tc>
        <w:tc>
          <w:tcPr>
            <w:tcW w:w="5109" w:type="dxa"/>
          </w:tcPr>
          <w:p w14:paraId="4D8BAB67"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Transportation support"/>
                <w:tag w:val="Transportation_support"/>
                <w:id w:val="26347263"/>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Transportation support    </w:t>
            </w:r>
          </w:p>
        </w:tc>
      </w:tr>
      <w:tr w:rsidR="00C945C2" w:rsidRPr="00B74068" w14:paraId="283080FB" w14:textId="77777777" w:rsidTr="00F24D72">
        <w:trPr>
          <w:jc w:val="center"/>
        </w:trPr>
        <w:tc>
          <w:tcPr>
            <w:tcW w:w="5105" w:type="dxa"/>
          </w:tcPr>
          <w:p w14:paraId="3D467033"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Childcare support"/>
                <w:tag w:val="Childcare_support"/>
                <w:id w:val="222026031"/>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Childcare support    </w:t>
            </w:r>
          </w:p>
        </w:tc>
        <w:tc>
          <w:tcPr>
            <w:tcW w:w="5109" w:type="dxa"/>
          </w:tcPr>
          <w:p w14:paraId="524B2753"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Legal services connection"/>
                <w:tag w:val="Legal_services_connection"/>
                <w:id w:val="53652883"/>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Legal services connection    </w:t>
            </w:r>
          </w:p>
        </w:tc>
      </w:tr>
      <w:tr w:rsidR="00C945C2" w:rsidRPr="00B74068" w14:paraId="5F921501" w14:textId="77777777" w:rsidTr="00F24D72">
        <w:trPr>
          <w:jc w:val="center"/>
        </w:trPr>
        <w:tc>
          <w:tcPr>
            <w:tcW w:w="5105" w:type="dxa"/>
          </w:tcPr>
          <w:p w14:paraId="67D0F140"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Life skills / tenancy skills"/>
                <w:tag w:val="Life_skills_/_tenancy_skills"/>
                <w:id w:val="467924392"/>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Life skills / tenancy skills    </w:t>
            </w:r>
          </w:p>
        </w:tc>
        <w:tc>
          <w:tcPr>
            <w:tcW w:w="5109" w:type="dxa"/>
          </w:tcPr>
          <w:p w14:paraId="55C41CCF"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Family or support network reunification"/>
                <w:tag w:val="Family_or_support_network_reunification"/>
                <w:id w:val="333278619"/>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Family or support network reunification    </w:t>
            </w:r>
          </w:p>
        </w:tc>
      </w:tr>
      <w:tr w:rsidR="00C945C2" w:rsidRPr="00B74068" w14:paraId="148AEDC5" w14:textId="77777777" w:rsidTr="00F24D72">
        <w:trPr>
          <w:jc w:val="center"/>
        </w:trPr>
        <w:tc>
          <w:tcPr>
            <w:tcW w:w="5105" w:type="dxa"/>
          </w:tcPr>
          <w:p w14:paraId="023C9F1C" w14:textId="77777777"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Safety planning"/>
                <w:tag w:val="Safety_planning"/>
                <w:id w:val="695415661"/>
                <w14:checkbox>
                  <w14:checked w14:val="0"/>
                  <w14:checkedState w14:val="2612" w14:font="MS Gothic"/>
                  <w14:uncheckedState w14:val="2610" w14:font="MS Gothic"/>
                </w14:checkbox>
              </w:sdtPr>
              <w:sdtEndPr/>
              <w:sdtContent>
                <w:r w:rsidR="00FB3664" w:rsidRPr="00443296">
                  <w:rPr>
                    <w:rFonts w:ascii="Segoe UI Symbol" w:eastAsia="MS Gothic" w:hAnsi="Segoe UI Symbol" w:cs="Segoe UI Symbol"/>
                    <w:color w:val="000000" w:themeColor="text1"/>
                    <w:sz w:val="22"/>
                  </w:rPr>
                  <w:t>☐</w:t>
                </w:r>
              </w:sdtContent>
            </w:sdt>
            <w:r w:rsidR="00FB3664" w:rsidRPr="00443296">
              <w:rPr>
                <w:rFonts w:ascii="Calibri" w:hAnsi="Calibri" w:cs="Calibri"/>
                <w:color w:val="000000" w:themeColor="text1"/>
                <w:sz w:val="22"/>
              </w:rPr>
              <w:t xml:space="preserve"> Safety planning    </w:t>
            </w:r>
          </w:p>
        </w:tc>
        <w:tc>
          <w:tcPr>
            <w:tcW w:w="5109" w:type="dxa"/>
          </w:tcPr>
          <w:p w14:paraId="6AB09D2E" w14:textId="46CC197F" w:rsidR="00C945C2" w:rsidRPr="00443296" w:rsidRDefault="00CE458B">
            <w:pPr>
              <w:rPr>
                <w:rFonts w:ascii="Calibri" w:hAnsi="Calibri" w:cs="Calibri"/>
                <w:color w:val="000000" w:themeColor="text1"/>
                <w:sz w:val="22"/>
              </w:rPr>
            </w:pPr>
            <w:sdt>
              <w:sdtPr>
                <w:rPr>
                  <w:rFonts w:ascii="Calibri" w:hAnsi="Calibri" w:cs="Calibri"/>
                  <w:color w:val="000000" w:themeColor="text1"/>
                  <w:sz w:val="22"/>
                </w:rPr>
                <w:alias w:val="Other"/>
                <w:tag w:val="Other"/>
                <w:id w:val="765924805"/>
                <w14:checkbox>
                  <w14:checked w14:val="0"/>
                  <w14:checkedState w14:val="2612" w14:font="MS Gothic"/>
                  <w14:uncheckedState w14:val="2610" w14:font="MS Gothic"/>
                </w14:checkbox>
              </w:sdtPr>
              <w:sdtEndPr/>
              <w:sdtContent>
                <w:r w:rsidR="00443296">
                  <w:rPr>
                    <w:rFonts w:ascii="MS Gothic" w:eastAsia="MS Gothic" w:hAnsi="MS Gothic" w:cs="Calibri" w:hint="eastAsia"/>
                    <w:color w:val="000000" w:themeColor="text1"/>
                    <w:sz w:val="22"/>
                  </w:rPr>
                  <w:t>☐</w:t>
                </w:r>
              </w:sdtContent>
            </w:sdt>
            <w:r w:rsidR="00FB3664" w:rsidRPr="00443296">
              <w:rPr>
                <w:rFonts w:ascii="Calibri" w:hAnsi="Calibri" w:cs="Calibri"/>
                <w:color w:val="000000" w:themeColor="text1"/>
                <w:sz w:val="22"/>
              </w:rPr>
              <w:t xml:space="preserve"> </w:t>
            </w:r>
            <w:r w:rsidR="00443296">
              <w:rPr>
                <w:rFonts w:ascii="Calibri" w:hAnsi="Calibri" w:cs="Calibri"/>
                <w:color w:val="000000" w:themeColor="text1"/>
                <w:sz w:val="22"/>
              </w:rPr>
              <w:t>Street outreach</w:t>
            </w:r>
            <w:r w:rsidR="00FB3664" w:rsidRPr="00443296">
              <w:rPr>
                <w:rFonts w:ascii="Calibri" w:hAnsi="Calibri" w:cs="Calibri"/>
                <w:color w:val="000000" w:themeColor="text1"/>
                <w:sz w:val="22"/>
              </w:rPr>
              <w:t xml:space="preserve">   </w:t>
            </w:r>
          </w:p>
        </w:tc>
      </w:tr>
      <w:tr w:rsidR="00443296" w:rsidRPr="00B74068" w14:paraId="7514136D" w14:textId="77777777" w:rsidTr="00F24D72">
        <w:trPr>
          <w:jc w:val="center"/>
        </w:trPr>
        <w:tc>
          <w:tcPr>
            <w:tcW w:w="5105" w:type="dxa"/>
          </w:tcPr>
          <w:p w14:paraId="057DB7DE" w14:textId="4DE7898A" w:rsidR="00443296" w:rsidRPr="00443296" w:rsidRDefault="00CE458B">
            <w:pPr>
              <w:rPr>
                <w:rFonts w:ascii="Segoe UI Symbol" w:eastAsia="MS Gothic" w:hAnsi="Segoe UI Symbol" w:cs="Segoe UI Symbol"/>
                <w:color w:val="000000" w:themeColor="text1"/>
                <w:sz w:val="22"/>
              </w:rPr>
            </w:pPr>
            <w:sdt>
              <w:sdtPr>
                <w:rPr>
                  <w:rFonts w:ascii="Calibri" w:hAnsi="Calibri" w:cs="Calibri"/>
                  <w:color w:val="000000" w:themeColor="text1"/>
                  <w:sz w:val="22"/>
                </w:rPr>
                <w:alias w:val="Other"/>
                <w:tag w:val="Other"/>
                <w:id w:val="-503432367"/>
                <w14:checkbox>
                  <w14:checked w14:val="0"/>
                  <w14:checkedState w14:val="2612" w14:font="MS Gothic"/>
                  <w14:uncheckedState w14:val="2610" w14:font="MS Gothic"/>
                </w14:checkbox>
              </w:sdtPr>
              <w:sdtEndPr/>
              <w:sdtContent>
                <w:r w:rsidR="00443296">
                  <w:rPr>
                    <w:rFonts w:ascii="MS Gothic" w:eastAsia="MS Gothic" w:hAnsi="MS Gothic" w:cs="Calibri" w:hint="eastAsia"/>
                    <w:color w:val="000000" w:themeColor="text1"/>
                    <w:sz w:val="22"/>
                  </w:rPr>
                  <w:t>☐</w:t>
                </w:r>
              </w:sdtContent>
            </w:sdt>
            <w:r w:rsidR="00443296" w:rsidRPr="00443296">
              <w:rPr>
                <w:rFonts w:ascii="Calibri" w:hAnsi="Calibri" w:cs="Calibri"/>
                <w:color w:val="000000" w:themeColor="text1"/>
                <w:sz w:val="22"/>
              </w:rPr>
              <w:t xml:space="preserve"> </w:t>
            </w:r>
            <w:r w:rsidR="00443296">
              <w:rPr>
                <w:rFonts w:ascii="Calibri" w:hAnsi="Calibri" w:cs="Calibri"/>
                <w:color w:val="000000" w:themeColor="text1"/>
                <w:sz w:val="22"/>
              </w:rPr>
              <w:t>Other</w:t>
            </w:r>
            <w:r w:rsidR="00443296" w:rsidRPr="00443296">
              <w:rPr>
                <w:rFonts w:ascii="Calibri" w:hAnsi="Calibri" w:cs="Calibri"/>
                <w:color w:val="000000" w:themeColor="text1"/>
                <w:sz w:val="22"/>
              </w:rPr>
              <w:t xml:space="preserve"> </w:t>
            </w:r>
          </w:p>
        </w:tc>
        <w:tc>
          <w:tcPr>
            <w:tcW w:w="5109" w:type="dxa"/>
          </w:tcPr>
          <w:p w14:paraId="43036A5C" w14:textId="77777777" w:rsidR="00443296" w:rsidRPr="00443296" w:rsidRDefault="00443296">
            <w:pPr>
              <w:rPr>
                <w:rFonts w:ascii="Segoe UI Symbol" w:eastAsia="MS Gothic" w:hAnsi="Segoe UI Symbol" w:cs="Segoe UI Symbol"/>
                <w:color w:val="000000" w:themeColor="text1"/>
                <w:sz w:val="22"/>
              </w:rPr>
            </w:pPr>
          </w:p>
        </w:tc>
      </w:tr>
    </w:tbl>
    <w:p w14:paraId="22AAE5A9" w14:textId="310C7E32" w:rsidR="00F24D72" w:rsidRPr="00B74068" w:rsidRDefault="00F24D72" w:rsidP="00F24D72">
      <w:pPr>
        <w:pStyle w:val="Heading2"/>
        <w:spacing w:before="240"/>
        <w:rPr>
          <w:rFonts w:ascii="Calibri" w:hAnsi="Calibri" w:cs="Calibri"/>
          <w:color w:val="000000" w:themeColor="text1"/>
          <w:szCs w:val="22"/>
        </w:rPr>
      </w:pPr>
      <w:r>
        <w:rPr>
          <w:rFonts w:ascii="Calibri" w:hAnsi="Calibri" w:cs="Calibri"/>
          <w:color w:val="000000" w:themeColor="text1"/>
          <w:szCs w:val="22"/>
        </w:rPr>
        <w:t xml:space="preserve">7.2 </w:t>
      </w:r>
      <w:r w:rsidRPr="00B74068">
        <w:rPr>
          <w:rFonts w:ascii="Calibri" w:hAnsi="Calibri" w:cs="Calibri"/>
          <w:color w:val="000000" w:themeColor="text1"/>
          <w:szCs w:val="22"/>
        </w:rPr>
        <w:t>Supportive Services Participation Requirement</w:t>
      </w:r>
    </w:p>
    <w:p w14:paraId="11393DCB" w14:textId="77777777" w:rsidR="00F24D72" w:rsidRPr="00B74068" w:rsidRDefault="00F24D72" w:rsidP="00F24D72">
      <w:pPr>
        <w:pStyle w:val="SmallNote"/>
        <w:rPr>
          <w:rFonts w:ascii="Calibri" w:hAnsi="Calibri" w:cs="Calibri"/>
          <w:color w:val="000000" w:themeColor="text1"/>
          <w:sz w:val="22"/>
        </w:rPr>
      </w:pPr>
      <w:r w:rsidRPr="00B74068">
        <w:rPr>
          <w:rFonts w:ascii="Calibri" w:hAnsi="Calibri" w:cs="Calibri"/>
          <w:color w:val="000000" w:themeColor="text1"/>
          <w:sz w:val="22"/>
        </w:rPr>
        <w:t xml:space="preserve">For housing projects, including TH, applicants must describe how participants will be expected to engage in supportive services. </w:t>
      </w:r>
    </w:p>
    <w:tbl>
      <w:tblPr>
        <w:tblStyle w:val="TableGrid"/>
        <w:tblW w:w="0" w:type="auto"/>
        <w:jc w:val="center"/>
        <w:tblLook w:val="04A0" w:firstRow="1" w:lastRow="0" w:firstColumn="1" w:lastColumn="0" w:noHBand="0" w:noVBand="1"/>
      </w:tblPr>
      <w:tblGrid>
        <w:gridCol w:w="10214"/>
      </w:tblGrid>
      <w:tr w:rsidR="00F24D72" w:rsidRPr="00B74068" w14:paraId="2C1CBB54" w14:textId="77777777" w:rsidTr="0028204C">
        <w:trPr>
          <w:jc w:val="center"/>
        </w:trPr>
        <w:tc>
          <w:tcPr>
            <w:tcW w:w="10368" w:type="dxa"/>
          </w:tcPr>
          <w:p w14:paraId="5C044D77" w14:textId="77777777" w:rsidR="00F24D72"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Yes - participants are required to take part in supportive servi"/>
                <w:tag w:val="Yes_-_participants_are_required_to_take_"/>
                <w:id w:val="596060048"/>
                <w14:checkbox>
                  <w14:checked w14:val="0"/>
                  <w14:checkedState w14:val="2612" w14:font="MS Gothic"/>
                  <w14:uncheckedState w14:val="2610" w14:font="MS Gothic"/>
                </w14:checkbox>
              </w:sdtPr>
              <w:sdtEndPr/>
              <w:sdtContent>
                <w:r w:rsidR="00F24D72" w:rsidRPr="00B74068">
                  <w:rPr>
                    <w:rFonts w:ascii="Segoe UI Symbol" w:eastAsia="MS Gothic" w:hAnsi="Segoe UI Symbol" w:cs="Segoe UI Symbol"/>
                    <w:color w:val="000000" w:themeColor="text1"/>
                    <w:sz w:val="22"/>
                  </w:rPr>
                  <w:t>☐</w:t>
                </w:r>
              </w:sdtContent>
            </w:sdt>
            <w:r w:rsidR="00F24D72" w:rsidRPr="00B74068">
              <w:rPr>
                <w:rFonts w:ascii="Calibri" w:hAnsi="Calibri" w:cs="Calibri"/>
                <w:color w:val="000000" w:themeColor="text1"/>
                <w:sz w:val="22"/>
              </w:rPr>
              <w:t xml:space="preserve"> Yes - participants are required to take part in supportive services based on project design and individual need    </w:t>
            </w:r>
          </w:p>
        </w:tc>
      </w:tr>
      <w:tr w:rsidR="00F24D72" w:rsidRPr="00B74068" w14:paraId="14881AE9" w14:textId="77777777" w:rsidTr="0028204C">
        <w:trPr>
          <w:jc w:val="center"/>
        </w:trPr>
        <w:tc>
          <w:tcPr>
            <w:tcW w:w="10368" w:type="dxa"/>
          </w:tcPr>
          <w:p w14:paraId="654B4AF9" w14:textId="77777777" w:rsidR="00F24D72"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No"/>
                <w:tag w:val="No"/>
                <w:id w:val="105260524"/>
                <w14:checkbox>
                  <w14:checked w14:val="0"/>
                  <w14:checkedState w14:val="2612" w14:font="MS Gothic"/>
                  <w14:uncheckedState w14:val="2610" w14:font="MS Gothic"/>
                </w14:checkbox>
              </w:sdtPr>
              <w:sdtEndPr/>
              <w:sdtContent>
                <w:r w:rsidR="00F24D72" w:rsidRPr="00B74068">
                  <w:rPr>
                    <w:rFonts w:ascii="Segoe UI Symbol" w:eastAsia="MS Gothic" w:hAnsi="Segoe UI Symbol" w:cs="Segoe UI Symbol"/>
                    <w:color w:val="000000" w:themeColor="text1"/>
                    <w:sz w:val="22"/>
                  </w:rPr>
                  <w:t>☐</w:t>
                </w:r>
              </w:sdtContent>
            </w:sdt>
            <w:r w:rsidR="00F24D72" w:rsidRPr="00B74068">
              <w:rPr>
                <w:rFonts w:ascii="Calibri" w:hAnsi="Calibri" w:cs="Calibri"/>
                <w:color w:val="000000" w:themeColor="text1"/>
                <w:sz w:val="22"/>
              </w:rPr>
              <w:t xml:space="preserve"> No    </w:t>
            </w:r>
          </w:p>
        </w:tc>
      </w:tr>
      <w:tr w:rsidR="00F24D72" w:rsidRPr="00B74068" w14:paraId="0E10F93A" w14:textId="77777777" w:rsidTr="0028204C">
        <w:trPr>
          <w:jc w:val="center"/>
        </w:trPr>
        <w:tc>
          <w:tcPr>
            <w:tcW w:w="10368" w:type="dxa"/>
          </w:tcPr>
          <w:p w14:paraId="447D1810" w14:textId="77777777" w:rsidR="00F24D72"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Not applicable - SSO only"/>
                <w:tag w:val="Not_applicable_-_SSO_only"/>
                <w:id w:val="135946549"/>
                <w14:checkbox>
                  <w14:checked w14:val="0"/>
                  <w14:checkedState w14:val="2612" w14:font="MS Gothic"/>
                  <w14:uncheckedState w14:val="2610" w14:font="MS Gothic"/>
                </w14:checkbox>
              </w:sdtPr>
              <w:sdtEndPr/>
              <w:sdtContent>
                <w:r w:rsidR="00F24D72" w:rsidRPr="00B74068">
                  <w:rPr>
                    <w:rFonts w:ascii="Segoe UI Symbol" w:eastAsia="MS Gothic" w:hAnsi="Segoe UI Symbol" w:cs="Segoe UI Symbol"/>
                    <w:color w:val="000000" w:themeColor="text1"/>
                    <w:sz w:val="22"/>
                  </w:rPr>
                  <w:t>☐</w:t>
                </w:r>
              </w:sdtContent>
            </w:sdt>
            <w:r w:rsidR="00F24D72" w:rsidRPr="00B74068">
              <w:rPr>
                <w:rFonts w:ascii="Calibri" w:hAnsi="Calibri" w:cs="Calibri"/>
                <w:color w:val="000000" w:themeColor="text1"/>
                <w:sz w:val="22"/>
              </w:rPr>
              <w:t xml:space="preserve"> Not applicable - SSO only    </w:t>
            </w:r>
          </w:p>
        </w:tc>
      </w:tr>
      <w:tr w:rsidR="00F24D72" w:rsidRPr="00B74068" w14:paraId="7C5CF9B2" w14:textId="77777777" w:rsidTr="0028204C">
        <w:trPr>
          <w:jc w:val="center"/>
        </w:trPr>
        <w:tc>
          <w:tcPr>
            <w:tcW w:w="10368" w:type="dxa"/>
          </w:tcPr>
          <w:p w14:paraId="3C35F0A0" w14:textId="77777777" w:rsidR="00F24D72"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Unsure / Need TA"/>
                <w:tag w:val="Unsure_/_Need_TA"/>
                <w:id w:val="59184314"/>
                <w14:checkbox>
                  <w14:checked w14:val="0"/>
                  <w14:checkedState w14:val="2612" w14:font="MS Gothic"/>
                  <w14:uncheckedState w14:val="2610" w14:font="MS Gothic"/>
                </w14:checkbox>
              </w:sdtPr>
              <w:sdtEndPr/>
              <w:sdtContent>
                <w:r w:rsidR="00F24D72" w:rsidRPr="00B74068">
                  <w:rPr>
                    <w:rFonts w:ascii="Segoe UI Symbol" w:eastAsia="MS Gothic" w:hAnsi="Segoe UI Symbol" w:cs="Segoe UI Symbol"/>
                    <w:color w:val="000000" w:themeColor="text1"/>
                    <w:sz w:val="22"/>
                  </w:rPr>
                  <w:t>☐</w:t>
                </w:r>
              </w:sdtContent>
            </w:sdt>
            <w:r w:rsidR="00F24D72" w:rsidRPr="00B74068">
              <w:rPr>
                <w:rFonts w:ascii="Calibri" w:hAnsi="Calibri" w:cs="Calibri"/>
                <w:color w:val="000000" w:themeColor="text1"/>
                <w:sz w:val="22"/>
              </w:rPr>
              <w:t xml:space="preserve"> Unsure / Need TA    </w:t>
            </w:r>
          </w:p>
        </w:tc>
      </w:tr>
    </w:tbl>
    <w:p w14:paraId="15E41E1F" w14:textId="77777777" w:rsidR="00F24D72" w:rsidRPr="00B74068" w:rsidRDefault="00F24D72" w:rsidP="00F24D72">
      <w:pPr>
        <w:pStyle w:val="Heading3"/>
        <w:rPr>
          <w:rFonts w:ascii="Calibri" w:hAnsi="Calibri" w:cs="Calibri"/>
          <w:color w:val="000000" w:themeColor="text1"/>
          <w:sz w:val="22"/>
        </w:rPr>
      </w:pPr>
      <w:r w:rsidRPr="00B74068">
        <w:rPr>
          <w:rFonts w:ascii="Calibri" w:hAnsi="Calibri" w:cs="Calibri"/>
          <w:color w:val="000000" w:themeColor="text1"/>
          <w:sz w:val="22"/>
        </w:rPr>
        <w:t>Describe the service participation expectations.</w:t>
      </w:r>
    </w:p>
    <w:tbl>
      <w:tblPr>
        <w:tblStyle w:val="TableGrid"/>
        <w:tblW w:w="0" w:type="auto"/>
        <w:jc w:val="center"/>
        <w:tblLook w:val="04A0" w:firstRow="1" w:lastRow="0" w:firstColumn="1" w:lastColumn="0" w:noHBand="0" w:noVBand="1"/>
      </w:tblPr>
      <w:tblGrid>
        <w:gridCol w:w="10214"/>
      </w:tblGrid>
      <w:tr w:rsidR="00F24D72" w:rsidRPr="00B74068" w14:paraId="03D83B85" w14:textId="77777777" w:rsidTr="0028204C">
        <w:trPr>
          <w:jc w:val="center"/>
        </w:trPr>
        <w:tc>
          <w:tcPr>
            <w:tcW w:w="10368" w:type="dxa"/>
          </w:tcPr>
          <w:p w14:paraId="6B6459DC" w14:textId="77777777" w:rsidR="00F24D72"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Describe the service participation expectations."/>
                <w:tag w:val="Describe the service participation expectations."/>
                <w:id w:val="1876120564"/>
                <w:text/>
              </w:sdtPr>
              <w:sdtEndPr/>
              <w:sdtContent>
                <w:r w:rsidR="00F24D72" w:rsidRPr="00B74068">
                  <w:rPr>
                    <w:rFonts w:ascii="Calibri" w:hAnsi="Calibri" w:cs="Calibri"/>
                    <w:color w:val="000000" w:themeColor="text1"/>
                    <w:sz w:val="22"/>
                  </w:rPr>
                  <w:t>Type response here.</w:t>
                </w:r>
              </w:sdtContent>
            </w:sdt>
            <w:r w:rsidR="00F24D72" w:rsidRPr="00B74068">
              <w:rPr>
                <w:rFonts w:ascii="Calibri" w:hAnsi="Calibri" w:cs="Calibri"/>
                <w:color w:val="000000" w:themeColor="text1"/>
                <w:sz w:val="22"/>
              </w:rPr>
              <w:br/>
              <w:t xml:space="preserve"> </w:t>
            </w:r>
            <w:r w:rsidR="00F24D72" w:rsidRPr="00B74068">
              <w:rPr>
                <w:rFonts w:ascii="Calibri" w:hAnsi="Calibri" w:cs="Calibri"/>
                <w:color w:val="000000" w:themeColor="text1"/>
                <w:sz w:val="22"/>
              </w:rPr>
              <w:br/>
              <w:t xml:space="preserve"> </w:t>
            </w:r>
            <w:r w:rsidR="00F24D72" w:rsidRPr="00B74068">
              <w:rPr>
                <w:rFonts w:ascii="Calibri" w:hAnsi="Calibri" w:cs="Calibri"/>
                <w:color w:val="000000" w:themeColor="text1"/>
                <w:sz w:val="22"/>
              </w:rPr>
              <w:br/>
              <w:t xml:space="preserve"> </w:t>
            </w:r>
            <w:r w:rsidR="00F24D72" w:rsidRPr="00B74068">
              <w:rPr>
                <w:rFonts w:ascii="Calibri" w:hAnsi="Calibri" w:cs="Calibri"/>
                <w:color w:val="000000" w:themeColor="text1"/>
                <w:sz w:val="22"/>
              </w:rPr>
              <w:br/>
              <w:t xml:space="preserve"> </w:t>
            </w:r>
          </w:p>
        </w:tc>
      </w:tr>
    </w:tbl>
    <w:p w14:paraId="197014B1" w14:textId="77777777" w:rsidR="00F24D72" w:rsidRDefault="00F24D72" w:rsidP="00F24D72">
      <w:pPr>
        <w:pStyle w:val="Heading2"/>
        <w:rPr>
          <w:rFonts w:ascii="Calibri" w:hAnsi="Calibri" w:cs="Calibri"/>
          <w:b w:val="0"/>
          <w:bCs w:val="0"/>
          <w:color w:val="000000" w:themeColor="text1"/>
        </w:rPr>
      </w:pPr>
      <w:r>
        <w:rPr>
          <w:rFonts w:ascii="Calibri" w:hAnsi="Calibri" w:cs="Calibri"/>
          <w:color w:val="000000" w:themeColor="text1"/>
          <w:szCs w:val="22"/>
        </w:rPr>
        <w:t xml:space="preserve">*Attachment Requirement: </w:t>
      </w:r>
      <w:r w:rsidRPr="00C50F62">
        <w:rPr>
          <w:rFonts w:ascii="Calibri" w:hAnsi="Calibri" w:cs="Calibri"/>
          <w:b w:val="0"/>
          <w:bCs w:val="0"/>
          <w:color w:val="000000" w:themeColor="text1"/>
          <w:szCs w:val="22"/>
        </w:rPr>
        <w:t xml:space="preserve">Housing projects must attach </w:t>
      </w:r>
      <w:r w:rsidRPr="00C50F62">
        <w:rPr>
          <w:rFonts w:ascii="Calibri" w:hAnsi="Calibri" w:cs="Calibri"/>
          <w:b w:val="0"/>
          <w:bCs w:val="0"/>
          <w:color w:val="000000" w:themeColor="text1"/>
        </w:rPr>
        <w:t>draft participant/service/occupancy/lease addendum language requiring service participation</w:t>
      </w:r>
    </w:p>
    <w:p w14:paraId="30D052F1" w14:textId="009AEE8C" w:rsidR="00C945C2" w:rsidRPr="00B74068" w:rsidRDefault="00FF7CE4" w:rsidP="00440CBF">
      <w:pPr>
        <w:pStyle w:val="Heading3"/>
        <w:spacing w:before="240"/>
        <w:rPr>
          <w:rFonts w:ascii="Calibri" w:hAnsi="Calibri" w:cs="Calibri"/>
          <w:color w:val="000000" w:themeColor="text1"/>
          <w:sz w:val="22"/>
        </w:rPr>
      </w:pPr>
      <w:r>
        <w:rPr>
          <w:rFonts w:ascii="Calibri" w:hAnsi="Calibri" w:cs="Calibri"/>
          <w:color w:val="000000" w:themeColor="text1"/>
          <w:sz w:val="22"/>
        </w:rPr>
        <w:t>7</w:t>
      </w:r>
      <w:r w:rsidR="00FB3664" w:rsidRPr="00B74068">
        <w:rPr>
          <w:rFonts w:ascii="Calibri" w:hAnsi="Calibri" w:cs="Calibri"/>
          <w:color w:val="000000" w:themeColor="text1"/>
          <w:sz w:val="22"/>
        </w:rPr>
        <w:t>.</w:t>
      </w:r>
      <w:r w:rsidR="00F24D72">
        <w:rPr>
          <w:rFonts w:ascii="Calibri" w:hAnsi="Calibri" w:cs="Calibri"/>
          <w:color w:val="000000" w:themeColor="text1"/>
          <w:sz w:val="22"/>
        </w:rPr>
        <w:t>3</w:t>
      </w:r>
      <w:r w:rsidR="00FB3664" w:rsidRPr="00B74068">
        <w:rPr>
          <w:rFonts w:ascii="Calibri" w:hAnsi="Calibri" w:cs="Calibri"/>
          <w:color w:val="000000" w:themeColor="text1"/>
          <w:sz w:val="22"/>
        </w:rPr>
        <w:t xml:space="preserve"> Service Description: Describe services, who provides them, how often participants receive them, and whether services are direct or through partners.</w:t>
      </w:r>
      <w:r w:rsidR="006E7C54">
        <w:rPr>
          <w:rFonts w:ascii="Calibri" w:hAnsi="Calibri" w:cs="Calibri"/>
          <w:color w:val="000000" w:themeColor="text1"/>
          <w:sz w:val="22"/>
        </w:rPr>
        <w:t xml:space="preserve"> All programs should address how the program will assist participants to access permanent housing</w:t>
      </w:r>
      <w:r w:rsidR="00F24D72">
        <w:rPr>
          <w:rFonts w:ascii="Calibri" w:hAnsi="Calibri" w:cs="Calibri"/>
          <w:color w:val="000000" w:themeColor="text1"/>
          <w:sz w:val="22"/>
        </w:rPr>
        <w:t>;</w:t>
      </w:r>
      <w:r w:rsidR="006E7C54">
        <w:rPr>
          <w:rFonts w:ascii="Calibri" w:hAnsi="Calibri" w:cs="Calibri"/>
          <w:color w:val="000000" w:themeColor="text1"/>
          <w:sz w:val="22"/>
        </w:rPr>
        <w:t xml:space="preserve"> if the project does not provide these services directly, please indicate referral partners and strategies to ensure that participants receive assistance with these needs. </w:t>
      </w:r>
      <w:r w:rsidR="00DC4901">
        <w:rPr>
          <w:rFonts w:ascii="Calibri" w:hAnsi="Calibri" w:cs="Calibri"/>
          <w:color w:val="000000" w:themeColor="text1"/>
          <w:sz w:val="22"/>
        </w:rPr>
        <w:t>For applicants for SSO projects: describe how you will engage unsheltered persons.</w:t>
      </w:r>
    </w:p>
    <w:tbl>
      <w:tblPr>
        <w:tblStyle w:val="TableGrid"/>
        <w:tblW w:w="0" w:type="auto"/>
        <w:jc w:val="center"/>
        <w:tblLook w:val="04A0" w:firstRow="1" w:lastRow="0" w:firstColumn="1" w:lastColumn="0" w:noHBand="0" w:noVBand="1"/>
      </w:tblPr>
      <w:tblGrid>
        <w:gridCol w:w="10214"/>
      </w:tblGrid>
      <w:tr w:rsidR="00C945C2" w:rsidRPr="00B74068" w14:paraId="0E790D34" w14:textId="77777777">
        <w:trPr>
          <w:jc w:val="center"/>
        </w:trPr>
        <w:tc>
          <w:tcPr>
            <w:tcW w:w="10368" w:type="dxa"/>
          </w:tcPr>
          <w:bookmarkStart w:id="3" w:name="_Hlk232973861"/>
          <w:p w14:paraId="430AC01E"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6.2 Service Description: Describe services, who provides them, h"/>
                <w:tag w:val="6.2 Service Description: Describe services, who provides them, h"/>
                <w:id w:val="2075860932"/>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bookmarkEnd w:id="3"/>
    </w:tbl>
    <w:p w14:paraId="6A455299" w14:textId="77777777" w:rsidR="00C50F62" w:rsidRPr="00C50F62" w:rsidRDefault="00C50F62" w:rsidP="00C50F62"/>
    <w:p w14:paraId="00725938" w14:textId="4FEB5D56" w:rsidR="00C945C2" w:rsidRPr="00EF3C96" w:rsidRDefault="00A948D0">
      <w:pPr>
        <w:pStyle w:val="Heading2"/>
        <w:rPr>
          <w:rFonts w:ascii="Calibri" w:hAnsi="Calibri" w:cs="Calibri"/>
          <w:b w:val="0"/>
          <w:bCs w:val="0"/>
          <w:color w:val="000000" w:themeColor="text1"/>
          <w:szCs w:val="22"/>
        </w:rPr>
      </w:pPr>
      <w:r>
        <w:rPr>
          <w:rFonts w:ascii="Calibri" w:hAnsi="Calibri" w:cs="Calibri"/>
          <w:color w:val="000000" w:themeColor="text1"/>
          <w:szCs w:val="22"/>
        </w:rPr>
        <w:lastRenderedPageBreak/>
        <w:t>7.4</w:t>
      </w:r>
      <w:r w:rsidR="00FB3664" w:rsidRPr="00B74068">
        <w:rPr>
          <w:rFonts w:ascii="Calibri" w:hAnsi="Calibri" w:cs="Calibri"/>
          <w:color w:val="000000" w:themeColor="text1"/>
          <w:szCs w:val="22"/>
        </w:rPr>
        <w:t xml:space="preserve"> Treatment / Recovery Supports</w:t>
      </w:r>
      <w:r w:rsidR="00EF3C96">
        <w:rPr>
          <w:rFonts w:ascii="Calibri" w:hAnsi="Calibri" w:cs="Calibri"/>
          <w:color w:val="000000" w:themeColor="text1"/>
          <w:szCs w:val="22"/>
        </w:rPr>
        <w:t xml:space="preserve"> </w:t>
      </w:r>
      <w:r w:rsidR="00EF3C96">
        <w:rPr>
          <w:rFonts w:ascii="Calibri" w:hAnsi="Calibri" w:cs="Calibri"/>
          <w:b w:val="0"/>
          <w:bCs w:val="0"/>
          <w:color w:val="000000" w:themeColor="text1"/>
          <w:szCs w:val="22"/>
        </w:rPr>
        <w:t>Select all that apply.</w:t>
      </w:r>
    </w:p>
    <w:tbl>
      <w:tblPr>
        <w:tblStyle w:val="TableGrid"/>
        <w:tblW w:w="0" w:type="auto"/>
        <w:jc w:val="center"/>
        <w:tblLook w:val="04A0" w:firstRow="1" w:lastRow="0" w:firstColumn="1" w:lastColumn="0" w:noHBand="0" w:noVBand="1"/>
      </w:tblPr>
      <w:tblGrid>
        <w:gridCol w:w="5105"/>
        <w:gridCol w:w="5109"/>
      </w:tblGrid>
      <w:tr w:rsidR="00C945C2" w:rsidRPr="00B74068" w14:paraId="08E1F993" w14:textId="77777777" w:rsidTr="00EF3C96">
        <w:trPr>
          <w:jc w:val="center"/>
        </w:trPr>
        <w:tc>
          <w:tcPr>
            <w:tcW w:w="5105" w:type="dxa"/>
          </w:tcPr>
          <w:p w14:paraId="3DD57BA8"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Yes, provided directly"/>
                <w:tag w:val="Yes,_provided_directly"/>
                <w:id w:val="304263620"/>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Yes, provided directly    </w:t>
            </w:r>
          </w:p>
        </w:tc>
        <w:tc>
          <w:tcPr>
            <w:tcW w:w="5109" w:type="dxa"/>
          </w:tcPr>
          <w:p w14:paraId="41F5AC5B"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Yes, through formal partnership"/>
                <w:tag w:val="Yes,_through_formal_partnership"/>
                <w:id w:val="139281463"/>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Yes, through formal partnership    </w:t>
            </w:r>
          </w:p>
        </w:tc>
      </w:tr>
      <w:tr w:rsidR="00C945C2" w:rsidRPr="00B74068" w14:paraId="184B99EC" w14:textId="77777777" w:rsidTr="00EF3C96">
        <w:trPr>
          <w:jc w:val="center"/>
        </w:trPr>
        <w:tc>
          <w:tcPr>
            <w:tcW w:w="5105" w:type="dxa"/>
          </w:tcPr>
          <w:p w14:paraId="6030401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Yes, through referral only"/>
                <w:tag w:val="Yes,_through_referral_only"/>
                <w:id w:val="500024765"/>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Yes, through referral only    </w:t>
            </w:r>
          </w:p>
        </w:tc>
        <w:tc>
          <w:tcPr>
            <w:tcW w:w="5109" w:type="dxa"/>
          </w:tcPr>
          <w:p w14:paraId="3616807A"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No"/>
                <w:tag w:val="No"/>
                <w:id w:val="293720071"/>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No    </w:t>
            </w:r>
          </w:p>
        </w:tc>
      </w:tr>
      <w:tr w:rsidR="00EF3C96" w:rsidRPr="00B74068" w14:paraId="0F57F81A" w14:textId="77777777" w:rsidTr="00EF3C96">
        <w:trPr>
          <w:jc w:val="center"/>
        </w:trPr>
        <w:tc>
          <w:tcPr>
            <w:tcW w:w="5105" w:type="dxa"/>
          </w:tcPr>
          <w:p w14:paraId="275C9ECB" w14:textId="3686D536" w:rsidR="00EF3C96" w:rsidRPr="00B74068" w:rsidRDefault="00CE458B" w:rsidP="00EF3C96">
            <w:pPr>
              <w:rPr>
                <w:rFonts w:ascii="Calibri" w:hAnsi="Calibri" w:cs="Calibri"/>
                <w:color w:val="000000" w:themeColor="text1"/>
                <w:sz w:val="22"/>
              </w:rPr>
            </w:pPr>
            <w:sdt>
              <w:sdtPr>
                <w:rPr>
                  <w:rFonts w:ascii="Calibri" w:hAnsi="Calibri" w:cs="Calibri"/>
                  <w:color w:val="000000" w:themeColor="text1"/>
                  <w:sz w:val="22"/>
                </w:rPr>
                <w:alias w:val="Yes, through referral only"/>
                <w:tag w:val="Yes,_through_referral_only"/>
                <w:id w:val="-2111955497"/>
                <w14:checkbox>
                  <w14:checked w14:val="0"/>
                  <w14:checkedState w14:val="2612" w14:font="MS Gothic"/>
                  <w14:uncheckedState w14:val="2610" w14:font="MS Gothic"/>
                </w14:checkbox>
              </w:sdtPr>
              <w:sdtEndPr/>
              <w:sdtContent>
                <w:r w:rsidR="00EF3C96" w:rsidRPr="00B74068">
                  <w:rPr>
                    <w:rFonts w:ascii="Segoe UI Symbol" w:eastAsia="MS Gothic" w:hAnsi="Segoe UI Symbol" w:cs="Segoe UI Symbol"/>
                    <w:color w:val="000000" w:themeColor="text1"/>
                    <w:sz w:val="22"/>
                  </w:rPr>
                  <w:t>☐</w:t>
                </w:r>
              </w:sdtContent>
            </w:sdt>
            <w:r w:rsidR="00EF3C96" w:rsidRPr="00B74068">
              <w:rPr>
                <w:rFonts w:ascii="Calibri" w:hAnsi="Calibri" w:cs="Calibri"/>
                <w:color w:val="000000" w:themeColor="text1"/>
                <w:sz w:val="22"/>
              </w:rPr>
              <w:t xml:space="preserve"> Yes, </w:t>
            </w:r>
            <w:r w:rsidR="00EF3C96">
              <w:rPr>
                <w:rFonts w:ascii="Calibri" w:hAnsi="Calibri" w:cs="Calibri"/>
                <w:color w:val="000000" w:themeColor="text1"/>
                <w:sz w:val="22"/>
              </w:rPr>
              <w:t>provided on-site in housing project</w:t>
            </w:r>
            <w:r w:rsidR="00EF3C96" w:rsidRPr="00B74068">
              <w:rPr>
                <w:rFonts w:ascii="Calibri" w:hAnsi="Calibri" w:cs="Calibri"/>
                <w:color w:val="000000" w:themeColor="text1"/>
                <w:sz w:val="22"/>
              </w:rPr>
              <w:t xml:space="preserve">   </w:t>
            </w:r>
          </w:p>
        </w:tc>
        <w:tc>
          <w:tcPr>
            <w:tcW w:w="5109" w:type="dxa"/>
          </w:tcPr>
          <w:p w14:paraId="2744A418" w14:textId="3723F6C9" w:rsidR="00EF3C96" w:rsidRPr="00B74068" w:rsidRDefault="00CE458B" w:rsidP="00EF3C96">
            <w:pPr>
              <w:rPr>
                <w:rFonts w:ascii="Calibri" w:hAnsi="Calibri" w:cs="Calibri"/>
                <w:color w:val="000000" w:themeColor="text1"/>
                <w:sz w:val="22"/>
              </w:rPr>
            </w:pPr>
            <w:sdt>
              <w:sdtPr>
                <w:rPr>
                  <w:rFonts w:ascii="Calibri" w:hAnsi="Calibri" w:cs="Calibri"/>
                  <w:color w:val="000000" w:themeColor="text1"/>
                  <w:sz w:val="22"/>
                </w:rPr>
                <w:alias w:val="Not applicable"/>
                <w:tag w:val="Not_applicable"/>
                <w:id w:val="17872584"/>
                <w14:checkbox>
                  <w14:checked w14:val="0"/>
                  <w14:checkedState w14:val="2612" w14:font="MS Gothic"/>
                  <w14:uncheckedState w14:val="2610" w14:font="MS Gothic"/>
                </w14:checkbox>
              </w:sdtPr>
              <w:sdtEndPr/>
              <w:sdtContent>
                <w:r w:rsidR="00EF3C96" w:rsidRPr="00B74068">
                  <w:rPr>
                    <w:rFonts w:ascii="Segoe UI Symbol" w:eastAsia="MS Gothic" w:hAnsi="Segoe UI Symbol" w:cs="Segoe UI Symbol"/>
                    <w:color w:val="000000" w:themeColor="text1"/>
                    <w:sz w:val="22"/>
                  </w:rPr>
                  <w:t>☐</w:t>
                </w:r>
              </w:sdtContent>
            </w:sdt>
            <w:r w:rsidR="00EF3C96" w:rsidRPr="00B74068">
              <w:rPr>
                <w:rFonts w:ascii="Calibri" w:hAnsi="Calibri" w:cs="Calibri"/>
                <w:color w:val="000000" w:themeColor="text1"/>
                <w:sz w:val="22"/>
              </w:rPr>
              <w:t xml:space="preserve"> Not applicable    </w:t>
            </w:r>
          </w:p>
        </w:tc>
      </w:tr>
    </w:tbl>
    <w:p w14:paraId="3CD5A695" w14:textId="77777777" w:rsidR="00C945C2" w:rsidRPr="00B74068" w:rsidRDefault="00FB3664">
      <w:pPr>
        <w:pStyle w:val="Heading3"/>
        <w:rPr>
          <w:rFonts w:ascii="Calibri" w:hAnsi="Calibri" w:cs="Calibri"/>
          <w:color w:val="000000" w:themeColor="text1"/>
          <w:sz w:val="22"/>
        </w:rPr>
      </w:pPr>
      <w:r w:rsidRPr="00B74068">
        <w:rPr>
          <w:rFonts w:ascii="Calibri" w:hAnsi="Calibri" w:cs="Calibri"/>
          <w:color w:val="000000" w:themeColor="text1"/>
          <w:sz w:val="22"/>
        </w:rPr>
        <w:t>Describe the treatment, recovery, behavioral health, or substance use support strategy.</w:t>
      </w:r>
    </w:p>
    <w:tbl>
      <w:tblPr>
        <w:tblStyle w:val="TableGrid"/>
        <w:tblW w:w="0" w:type="auto"/>
        <w:jc w:val="center"/>
        <w:tblLook w:val="04A0" w:firstRow="1" w:lastRow="0" w:firstColumn="1" w:lastColumn="0" w:noHBand="0" w:noVBand="1"/>
      </w:tblPr>
      <w:tblGrid>
        <w:gridCol w:w="10214"/>
      </w:tblGrid>
      <w:tr w:rsidR="00C945C2" w:rsidRPr="00B74068" w14:paraId="07599D43" w14:textId="77777777">
        <w:trPr>
          <w:jc w:val="center"/>
        </w:trPr>
        <w:tc>
          <w:tcPr>
            <w:tcW w:w="10368" w:type="dxa"/>
          </w:tcPr>
          <w:p w14:paraId="6B64714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Describe the treatment, recovery, behavioral health, or substanc"/>
                <w:tag w:val="Describe the treatment, recovery, behavioral health, or substanc"/>
                <w:id w:val="1241525646"/>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6129CA2E" w14:textId="1F64D3D3" w:rsidR="00C945C2" w:rsidRPr="00B74068" w:rsidRDefault="00A948D0">
      <w:pPr>
        <w:pStyle w:val="Heading3"/>
        <w:rPr>
          <w:rFonts w:ascii="Calibri" w:hAnsi="Calibri" w:cs="Calibri"/>
          <w:color w:val="000000" w:themeColor="text1"/>
          <w:sz w:val="22"/>
        </w:rPr>
      </w:pPr>
      <w:r>
        <w:rPr>
          <w:rFonts w:ascii="Calibri" w:hAnsi="Calibri" w:cs="Calibri"/>
          <w:color w:val="000000" w:themeColor="text1"/>
          <w:sz w:val="22"/>
        </w:rPr>
        <w:t>7.5</w:t>
      </w:r>
      <w:r w:rsidR="00FB3664" w:rsidRPr="00B74068">
        <w:rPr>
          <w:rFonts w:ascii="Calibri" w:hAnsi="Calibri" w:cs="Calibri"/>
          <w:color w:val="000000" w:themeColor="text1"/>
          <w:sz w:val="22"/>
        </w:rPr>
        <w:t xml:space="preserve"> Employment / Income Supports: How will the project help participants </w:t>
      </w:r>
      <w:r w:rsidR="00EF3C96">
        <w:rPr>
          <w:rFonts w:ascii="Calibri" w:hAnsi="Calibri" w:cs="Calibri"/>
          <w:color w:val="000000" w:themeColor="text1"/>
          <w:sz w:val="22"/>
        </w:rPr>
        <w:t xml:space="preserve">obtain employment, connect to workforce services, and/or </w:t>
      </w:r>
      <w:r w:rsidR="00FB3664" w:rsidRPr="00B74068">
        <w:rPr>
          <w:rFonts w:ascii="Calibri" w:hAnsi="Calibri" w:cs="Calibri"/>
          <w:color w:val="000000" w:themeColor="text1"/>
          <w:sz w:val="22"/>
        </w:rPr>
        <w:t>increase income?</w:t>
      </w:r>
    </w:p>
    <w:tbl>
      <w:tblPr>
        <w:tblStyle w:val="TableGrid"/>
        <w:tblW w:w="0" w:type="auto"/>
        <w:jc w:val="center"/>
        <w:tblLook w:val="04A0" w:firstRow="1" w:lastRow="0" w:firstColumn="1" w:lastColumn="0" w:noHBand="0" w:noVBand="1"/>
      </w:tblPr>
      <w:tblGrid>
        <w:gridCol w:w="10214"/>
      </w:tblGrid>
      <w:tr w:rsidR="00C945C2" w:rsidRPr="00B74068" w14:paraId="3A148BA7" w14:textId="77777777">
        <w:trPr>
          <w:jc w:val="center"/>
        </w:trPr>
        <w:tc>
          <w:tcPr>
            <w:tcW w:w="10368" w:type="dxa"/>
          </w:tcPr>
          <w:p w14:paraId="1B3E24C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7.2 Employment / Income Supports: How will the project help part"/>
                <w:tag w:val="7.2 Employment / Income Supports: How will the project help part"/>
                <w:id w:val="-1013905327"/>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413E5E75" w14:textId="6DF4D3E3" w:rsidR="00C945C2" w:rsidRPr="00B74068" w:rsidRDefault="00A948D0">
      <w:pPr>
        <w:pStyle w:val="Heading3"/>
        <w:rPr>
          <w:rFonts w:ascii="Calibri" w:hAnsi="Calibri" w:cs="Calibri"/>
          <w:color w:val="000000" w:themeColor="text1"/>
          <w:sz w:val="22"/>
        </w:rPr>
      </w:pPr>
      <w:r>
        <w:rPr>
          <w:rFonts w:ascii="Calibri" w:hAnsi="Calibri" w:cs="Calibri"/>
          <w:color w:val="000000" w:themeColor="text1"/>
          <w:sz w:val="22"/>
        </w:rPr>
        <w:t>7.6</w:t>
      </w:r>
      <w:r w:rsidR="00FB3664" w:rsidRPr="00B74068">
        <w:rPr>
          <w:rFonts w:ascii="Calibri" w:hAnsi="Calibri" w:cs="Calibri"/>
          <w:color w:val="000000" w:themeColor="text1"/>
          <w:sz w:val="22"/>
        </w:rPr>
        <w:t xml:space="preserve"> Community Reintegration and Long-Term Stability: How will the project help participants build long-term stability, community connection, and support networks?</w:t>
      </w:r>
    </w:p>
    <w:tbl>
      <w:tblPr>
        <w:tblStyle w:val="TableGrid"/>
        <w:tblW w:w="0" w:type="auto"/>
        <w:jc w:val="center"/>
        <w:tblLook w:val="04A0" w:firstRow="1" w:lastRow="0" w:firstColumn="1" w:lastColumn="0" w:noHBand="0" w:noVBand="1"/>
      </w:tblPr>
      <w:tblGrid>
        <w:gridCol w:w="10214"/>
      </w:tblGrid>
      <w:tr w:rsidR="00C945C2" w:rsidRPr="00B74068" w14:paraId="6074B979" w14:textId="77777777">
        <w:trPr>
          <w:jc w:val="center"/>
        </w:trPr>
        <w:tc>
          <w:tcPr>
            <w:tcW w:w="10368" w:type="dxa"/>
          </w:tcPr>
          <w:p w14:paraId="10BA91B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7.3 Community Reintegration and Long-Term Stability: How will th"/>
                <w:tag w:val="7.3 Community Reintegration and Long-Term Stability: How will th"/>
                <w:id w:val="1188718077"/>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78FC464C" w14:textId="35B9342E" w:rsidR="00C945C2" w:rsidRPr="00B74068" w:rsidRDefault="00FB3664" w:rsidP="003A49A5">
      <w:pPr>
        <w:pStyle w:val="Heading1"/>
        <w:shd w:val="clear" w:color="auto" w:fill="B8CCE4" w:themeFill="accent1" w:themeFillTint="66"/>
        <w:spacing w:before="360"/>
        <w:rPr>
          <w:rFonts w:ascii="Calibri" w:hAnsi="Calibri" w:cs="Calibri"/>
          <w:color w:val="000000" w:themeColor="text1"/>
          <w:sz w:val="22"/>
          <w:szCs w:val="22"/>
        </w:rPr>
      </w:pPr>
      <w:r w:rsidRPr="00B74068">
        <w:rPr>
          <w:rFonts w:ascii="Calibri" w:hAnsi="Calibri" w:cs="Calibri"/>
          <w:color w:val="000000" w:themeColor="text1"/>
          <w:sz w:val="22"/>
          <w:szCs w:val="22"/>
        </w:rPr>
        <w:t xml:space="preserve">Section </w:t>
      </w:r>
      <w:r w:rsidR="00A948D0">
        <w:rPr>
          <w:rFonts w:ascii="Calibri" w:hAnsi="Calibri" w:cs="Calibri"/>
          <w:color w:val="000000" w:themeColor="text1"/>
          <w:sz w:val="22"/>
          <w:szCs w:val="22"/>
        </w:rPr>
        <w:t xml:space="preserve">8 </w:t>
      </w:r>
      <w:r w:rsidRPr="00B74068">
        <w:rPr>
          <w:rFonts w:ascii="Calibri" w:hAnsi="Calibri" w:cs="Calibri"/>
          <w:color w:val="000000" w:themeColor="text1"/>
          <w:sz w:val="22"/>
          <w:szCs w:val="22"/>
        </w:rPr>
        <w:t>- Partnerships and Coordination</w:t>
      </w:r>
    </w:p>
    <w:p w14:paraId="0121CEAB" w14:textId="77777777" w:rsidR="00C945C2" w:rsidRPr="00B74068" w:rsidRDefault="00FB3664">
      <w:pPr>
        <w:pStyle w:val="Heading2"/>
        <w:rPr>
          <w:rFonts w:ascii="Calibri" w:hAnsi="Calibri" w:cs="Calibri"/>
          <w:color w:val="000000" w:themeColor="text1"/>
          <w:szCs w:val="22"/>
        </w:rPr>
      </w:pPr>
      <w:bookmarkStart w:id="4" w:name="_Hlk233030814"/>
      <w:r w:rsidRPr="00B74068">
        <w:rPr>
          <w:rFonts w:ascii="Calibri" w:hAnsi="Calibri" w:cs="Calibri"/>
          <w:color w:val="000000" w:themeColor="text1"/>
          <w:szCs w:val="22"/>
        </w:rPr>
        <w:t>8.1 Key Partners</w:t>
      </w:r>
    </w:p>
    <w:tbl>
      <w:tblPr>
        <w:tblStyle w:val="TableGrid"/>
        <w:tblW w:w="0" w:type="auto"/>
        <w:jc w:val="center"/>
        <w:tblLook w:val="04A0" w:firstRow="1" w:lastRow="0" w:firstColumn="1" w:lastColumn="0" w:noHBand="0" w:noVBand="1"/>
      </w:tblPr>
      <w:tblGrid>
        <w:gridCol w:w="3200"/>
        <w:gridCol w:w="5000"/>
        <w:gridCol w:w="1800"/>
      </w:tblGrid>
      <w:tr w:rsidR="00C945C2" w:rsidRPr="00B74068" w14:paraId="38FD805D" w14:textId="77777777" w:rsidTr="004567B6">
        <w:trPr>
          <w:jc w:val="center"/>
        </w:trPr>
        <w:tc>
          <w:tcPr>
            <w:tcW w:w="3200" w:type="dxa"/>
            <w:shd w:val="clear" w:color="auto" w:fill="DBE5F1" w:themeFill="accent1" w:themeFillTint="33"/>
          </w:tcPr>
          <w:bookmarkEnd w:id="4"/>
          <w:p w14:paraId="09022FBF"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Partner Name</w:t>
            </w:r>
          </w:p>
        </w:tc>
        <w:tc>
          <w:tcPr>
            <w:tcW w:w="5000" w:type="dxa"/>
            <w:shd w:val="clear" w:color="auto" w:fill="DBE5F1" w:themeFill="accent1" w:themeFillTint="33"/>
          </w:tcPr>
          <w:p w14:paraId="33EE59A7"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Role in Project</w:t>
            </w:r>
          </w:p>
        </w:tc>
        <w:tc>
          <w:tcPr>
            <w:tcW w:w="1800" w:type="dxa"/>
            <w:shd w:val="clear" w:color="auto" w:fill="DBE5F1" w:themeFill="accent1" w:themeFillTint="33"/>
          </w:tcPr>
          <w:p w14:paraId="59F2218A"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Formal Agreement?</w:t>
            </w:r>
          </w:p>
        </w:tc>
      </w:tr>
      <w:tr w:rsidR="00C945C2" w:rsidRPr="00B74068" w14:paraId="4227078F" w14:textId="77777777">
        <w:trPr>
          <w:jc w:val="center"/>
        </w:trPr>
        <w:tc>
          <w:tcPr>
            <w:tcW w:w="3200" w:type="dxa"/>
          </w:tcPr>
          <w:p w14:paraId="70324E0B" w14:textId="2A98F21D"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1_0"/>
                <w:tag w:val="partner1_0"/>
                <w:id w:val="-516003016"/>
                <w:showingPlcHdr/>
                <w:text/>
              </w:sdtPr>
              <w:sdtEndPr/>
              <w:sdtContent>
                <w:r w:rsidR="00A011DE">
                  <w:rPr>
                    <w:rFonts w:ascii="Calibri" w:hAnsi="Calibri" w:cs="Calibri"/>
                    <w:color w:val="000000" w:themeColor="text1"/>
                    <w:sz w:val="22"/>
                  </w:rPr>
                  <w:t xml:space="preserve">     </w:t>
                </w:r>
              </w:sdtContent>
            </w:sdt>
          </w:p>
        </w:tc>
        <w:tc>
          <w:tcPr>
            <w:tcW w:w="5000" w:type="dxa"/>
          </w:tcPr>
          <w:p w14:paraId="54E8E92A" w14:textId="0D921312"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1_1"/>
                <w:tag w:val="partner1_1"/>
                <w:id w:val="-1669391020"/>
                <w:showingPlcHdr/>
                <w:text/>
              </w:sdtPr>
              <w:sdtEndPr/>
              <w:sdtContent>
                <w:r w:rsidR="00EF3C96">
                  <w:rPr>
                    <w:rFonts w:ascii="Calibri" w:hAnsi="Calibri" w:cs="Calibri"/>
                    <w:color w:val="000000" w:themeColor="text1"/>
                    <w:sz w:val="22"/>
                  </w:rPr>
                  <w:t xml:space="preserve">     </w:t>
                </w:r>
              </w:sdtContent>
            </w:sdt>
          </w:p>
        </w:tc>
        <w:tc>
          <w:tcPr>
            <w:tcW w:w="1800" w:type="dxa"/>
          </w:tcPr>
          <w:p w14:paraId="0645E32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1_2"/>
                <w:tag w:val="partner1_2"/>
                <w:id w:val="2125731200"/>
                <w:text/>
              </w:sdtPr>
              <w:sdtEndPr/>
              <w:sdtContent/>
            </w:sdt>
          </w:p>
        </w:tc>
      </w:tr>
      <w:tr w:rsidR="00C945C2" w:rsidRPr="00B74068" w14:paraId="17D174A5" w14:textId="77777777">
        <w:trPr>
          <w:jc w:val="center"/>
        </w:trPr>
        <w:tc>
          <w:tcPr>
            <w:tcW w:w="3200" w:type="dxa"/>
          </w:tcPr>
          <w:p w14:paraId="6E59D6FB"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2_0"/>
                <w:tag w:val="partner2_0"/>
                <w:id w:val="587577909"/>
                <w:text/>
              </w:sdtPr>
              <w:sdtEndPr/>
              <w:sdtContent/>
            </w:sdt>
          </w:p>
        </w:tc>
        <w:tc>
          <w:tcPr>
            <w:tcW w:w="5000" w:type="dxa"/>
          </w:tcPr>
          <w:p w14:paraId="079959D1" w14:textId="37F258B4"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2_1"/>
                <w:tag w:val="partner2_1"/>
                <w:id w:val="-118845387"/>
                <w:showingPlcHdr/>
                <w:text/>
              </w:sdtPr>
              <w:sdtEndPr/>
              <w:sdtContent>
                <w:r w:rsidR="00EF3C96">
                  <w:rPr>
                    <w:rFonts w:ascii="Calibri" w:hAnsi="Calibri" w:cs="Calibri"/>
                    <w:color w:val="000000" w:themeColor="text1"/>
                    <w:sz w:val="22"/>
                  </w:rPr>
                  <w:t xml:space="preserve">     </w:t>
                </w:r>
              </w:sdtContent>
            </w:sdt>
          </w:p>
        </w:tc>
        <w:tc>
          <w:tcPr>
            <w:tcW w:w="1800" w:type="dxa"/>
          </w:tcPr>
          <w:p w14:paraId="21175981"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2_2"/>
                <w:tag w:val="partner2_2"/>
                <w:id w:val="-1425719353"/>
                <w:text/>
              </w:sdtPr>
              <w:sdtEndPr/>
              <w:sdtContent/>
            </w:sdt>
          </w:p>
        </w:tc>
      </w:tr>
      <w:tr w:rsidR="00C945C2" w:rsidRPr="00B74068" w14:paraId="5A95277B" w14:textId="77777777">
        <w:trPr>
          <w:jc w:val="center"/>
        </w:trPr>
        <w:tc>
          <w:tcPr>
            <w:tcW w:w="3200" w:type="dxa"/>
          </w:tcPr>
          <w:p w14:paraId="59749C0E"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3_0"/>
                <w:tag w:val="partner3_0"/>
                <w:id w:val="-163327273"/>
                <w:text/>
              </w:sdtPr>
              <w:sdtEndPr/>
              <w:sdtContent/>
            </w:sdt>
          </w:p>
        </w:tc>
        <w:tc>
          <w:tcPr>
            <w:tcW w:w="5000" w:type="dxa"/>
          </w:tcPr>
          <w:p w14:paraId="6993B52D" w14:textId="6741CFF3"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3_1"/>
                <w:tag w:val="partner3_1"/>
                <w:id w:val="-143194932"/>
                <w:showingPlcHdr/>
                <w:text/>
              </w:sdtPr>
              <w:sdtEndPr/>
              <w:sdtContent>
                <w:r w:rsidR="00EF3C96">
                  <w:rPr>
                    <w:rFonts w:ascii="Calibri" w:hAnsi="Calibri" w:cs="Calibri"/>
                    <w:color w:val="000000" w:themeColor="text1"/>
                    <w:sz w:val="22"/>
                  </w:rPr>
                  <w:t xml:space="preserve">     </w:t>
                </w:r>
              </w:sdtContent>
            </w:sdt>
          </w:p>
        </w:tc>
        <w:tc>
          <w:tcPr>
            <w:tcW w:w="1800" w:type="dxa"/>
          </w:tcPr>
          <w:p w14:paraId="629A755C"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3_2"/>
                <w:tag w:val="partner3_2"/>
                <w:id w:val="1426691465"/>
                <w:text/>
              </w:sdtPr>
              <w:sdtEndPr/>
              <w:sdtContent/>
            </w:sdt>
          </w:p>
        </w:tc>
      </w:tr>
      <w:tr w:rsidR="00C945C2" w:rsidRPr="00B74068" w14:paraId="24920B57" w14:textId="77777777">
        <w:trPr>
          <w:jc w:val="center"/>
        </w:trPr>
        <w:tc>
          <w:tcPr>
            <w:tcW w:w="3200" w:type="dxa"/>
          </w:tcPr>
          <w:p w14:paraId="27188A7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4_0"/>
                <w:tag w:val="partner4_0"/>
                <w:id w:val="-6603726"/>
                <w:text/>
              </w:sdtPr>
              <w:sdtEndPr/>
              <w:sdtContent/>
            </w:sdt>
          </w:p>
        </w:tc>
        <w:tc>
          <w:tcPr>
            <w:tcW w:w="5000" w:type="dxa"/>
          </w:tcPr>
          <w:p w14:paraId="738445C6" w14:textId="62D37FF5"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4_1"/>
                <w:tag w:val="partner4_1"/>
                <w:id w:val="-1949927497"/>
                <w:showingPlcHdr/>
                <w:text/>
              </w:sdtPr>
              <w:sdtEndPr/>
              <w:sdtContent>
                <w:r w:rsidR="00EF3C96">
                  <w:rPr>
                    <w:rFonts w:ascii="Calibri" w:hAnsi="Calibri" w:cs="Calibri"/>
                    <w:color w:val="000000" w:themeColor="text1"/>
                    <w:sz w:val="22"/>
                  </w:rPr>
                  <w:t xml:space="preserve">     </w:t>
                </w:r>
              </w:sdtContent>
            </w:sdt>
          </w:p>
        </w:tc>
        <w:tc>
          <w:tcPr>
            <w:tcW w:w="1800" w:type="dxa"/>
          </w:tcPr>
          <w:p w14:paraId="3475C1A1"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artner4_2"/>
                <w:tag w:val="partner4_2"/>
                <w:id w:val="338348978"/>
                <w:text/>
              </w:sdtPr>
              <w:sdtEndPr/>
              <w:sdtContent/>
            </w:sdt>
          </w:p>
        </w:tc>
      </w:tr>
    </w:tbl>
    <w:p w14:paraId="11C9D7E2" w14:textId="5BDBD432" w:rsidR="00C945C2" w:rsidRPr="00B74068" w:rsidRDefault="00A948D0">
      <w:pPr>
        <w:pStyle w:val="Heading3"/>
        <w:rPr>
          <w:rFonts w:ascii="Calibri" w:hAnsi="Calibri" w:cs="Calibri"/>
          <w:color w:val="000000" w:themeColor="text1"/>
          <w:sz w:val="22"/>
        </w:rPr>
      </w:pPr>
      <w:r>
        <w:rPr>
          <w:rFonts w:ascii="Calibri" w:hAnsi="Calibri" w:cs="Calibri"/>
          <w:color w:val="000000" w:themeColor="text1"/>
          <w:sz w:val="22"/>
        </w:rPr>
        <w:t>8</w:t>
      </w:r>
      <w:r w:rsidR="00FB3664" w:rsidRPr="00B74068">
        <w:rPr>
          <w:rFonts w:ascii="Calibri" w:hAnsi="Calibri" w:cs="Calibri"/>
          <w:color w:val="000000" w:themeColor="text1"/>
          <w:sz w:val="22"/>
        </w:rPr>
        <w:t>.2 Partnership Description: Describe how partners will support the project.</w:t>
      </w:r>
    </w:p>
    <w:tbl>
      <w:tblPr>
        <w:tblStyle w:val="TableGrid"/>
        <w:tblW w:w="0" w:type="auto"/>
        <w:jc w:val="center"/>
        <w:tblLook w:val="04A0" w:firstRow="1" w:lastRow="0" w:firstColumn="1" w:lastColumn="0" w:noHBand="0" w:noVBand="1"/>
      </w:tblPr>
      <w:tblGrid>
        <w:gridCol w:w="10214"/>
      </w:tblGrid>
      <w:tr w:rsidR="00C945C2" w:rsidRPr="00B74068" w14:paraId="49CB2FCC" w14:textId="77777777">
        <w:trPr>
          <w:jc w:val="center"/>
        </w:trPr>
        <w:tc>
          <w:tcPr>
            <w:tcW w:w="10368" w:type="dxa"/>
          </w:tcPr>
          <w:p w14:paraId="076BB353"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8.2 Partnership Description: Describe how partners will support "/>
                <w:tag w:val="8.2 Partnership Description: Describe how partners will support "/>
                <w:id w:val="-867910577"/>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1729D988" w14:textId="77777777" w:rsidR="00C50F62" w:rsidRDefault="00C50F62">
      <w:pPr>
        <w:pStyle w:val="Heading2"/>
        <w:rPr>
          <w:rFonts w:ascii="Calibri" w:hAnsi="Calibri" w:cs="Calibri"/>
          <w:color w:val="000000" w:themeColor="text1"/>
          <w:szCs w:val="22"/>
        </w:rPr>
      </w:pPr>
    </w:p>
    <w:p w14:paraId="5E016054" w14:textId="77777777" w:rsidR="00C50F62" w:rsidRDefault="00C50F62">
      <w:pPr>
        <w:rPr>
          <w:rFonts w:ascii="Calibri" w:eastAsiaTheme="majorEastAsia" w:hAnsi="Calibri" w:cs="Calibri"/>
          <w:b/>
          <w:bCs/>
          <w:color w:val="000000" w:themeColor="text1"/>
          <w:sz w:val="22"/>
        </w:rPr>
      </w:pPr>
      <w:r>
        <w:rPr>
          <w:rFonts w:ascii="Calibri" w:hAnsi="Calibri" w:cs="Calibri"/>
          <w:color w:val="000000" w:themeColor="text1"/>
        </w:rPr>
        <w:br w:type="page"/>
      </w:r>
    </w:p>
    <w:p w14:paraId="12F58B3D" w14:textId="3B8AFC64" w:rsidR="00C945C2" w:rsidRPr="00B74068" w:rsidRDefault="00A948D0">
      <w:pPr>
        <w:pStyle w:val="Heading2"/>
        <w:rPr>
          <w:rFonts w:ascii="Calibri" w:hAnsi="Calibri" w:cs="Calibri"/>
          <w:color w:val="000000" w:themeColor="text1"/>
          <w:szCs w:val="22"/>
        </w:rPr>
      </w:pPr>
      <w:r>
        <w:rPr>
          <w:rFonts w:ascii="Calibri" w:hAnsi="Calibri" w:cs="Calibri"/>
          <w:color w:val="000000" w:themeColor="text1"/>
          <w:szCs w:val="22"/>
        </w:rPr>
        <w:lastRenderedPageBreak/>
        <w:t>8</w:t>
      </w:r>
      <w:r w:rsidR="00FB3664" w:rsidRPr="00B74068">
        <w:rPr>
          <w:rFonts w:ascii="Calibri" w:hAnsi="Calibri" w:cs="Calibri"/>
          <w:color w:val="000000" w:themeColor="text1"/>
          <w:szCs w:val="22"/>
        </w:rPr>
        <w:t>.3 Public System Coordination</w:t>
      </w:r>
    </w:p>
    <w:tbl>
      <w:tblPr>
        <w:tblStyle w:val="TableGrid"/>
        <w:tblW w:w="0" w:type="auto"/>
        <w:jc w:val="center"/>
        <w:tblLook w:val="04A0" w:firstRow="1" w:lastRow="0" w:firstColumn="1" w:lastColumn="0" w:noHBand="0" w:noVBand="1"/>
      </w:tblPr>
      <w:tblGrid>
        <w:gridCol w:w="5106"/>
        <w:gridCol w:w="5108"/>
      </w:tblGrid>
      <w:tr w:rsidR="00C945C2" w:rsidRPr="00B74068" w14:paraId="2352EFAD" w14:textId="77777777">
        <w:trPr>
          <w:jc w:val="center"/>
        </w:trPr>
        <w:tc>
          <w:tcPr>
            <w:tcW w:w="5184" w:type="dxa"/>
          </w:tcPr>
          <w:p w14:paraId="70EB6CB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Healthcare"/>
                <w:tag w:val="Healthcare"/>
                <w:id w:val="563405872"/>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Healthcare    </w:t>
            </w:r>
          </w:p>
        </w:tc>
        <w:tc>
          <w:tcPr>
            <w:tcW w:w="5184" w:type="dxa"/>
          </w:tcPr>
          <w:p w14:paraId="12B776B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ehavioral health"/>
                <w:tag w:val="Behavioral_health"/>
                <w:id w:val="355984307"/>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Behavioral health    </w:t>
            </w:r>
          </w:p>
        </w:tc>
      </w:tr>
      <w:tr w:rsidR="00C945C2" w:rsidRPr="00B74068" w14:paraId="71C84782" w14:textId="77777777">
        <w:trPr>
          <w:jc w:val="center"/>
        </w:trPr>
        <w:tc>
          <w:tcPr>
            <w:tcW w:w="5184" w:type="dxa"/>
          </w:tcPr>
          <w:p w14:paraId="3FC1907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ubstance use treatment"/>
                <w:tag w:val="Substance_use_treatment"/>
                <w:id w:val="72756356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Substance use treatment    </w:t>
            </w:r>
          </w:p>
        </w:tc>
        <w:tc>
          <w:tcPr>
            <w:tcW w:w="5184" w:type="dxa"/>
          </w:tcPr>
          <w:p w14:paraId="7FD03683"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Workforce / employment"/>
                <w:tag w:val="Workforce_/_employment"/>
                <w:id w:val="443292619"/>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Workforce / employment    </w:t>
            </w:r>
          </w:p>
        </w:tc>
      </w:tr>
      <w:tr w:rsidR="00C945C2" w:rsidRPr="00B74068" w14:paraId="49820B1A" w14:textId="77777777">
        <w:trPr>
          <w:jc w:val="center"/>
        </w:trPr>
        <w:tc>
          <w:tcPr>
            <w:tcW w:w="5184" w:type="dxa"/>
          </w:tcPr>
          <w:p w14:paraId="2B6C334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Criminal justice / reentry"/>
                <w:tag w:val="Criminal_justice_/_reentry"/>
                <w:id w:val="537266978"/>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Criminal justice / reentry    </w:t>
            </w:r>
          </w:p>
        </w:tc>
        <w:tc>
          <w:tcPr>
            <w:tcW w:w="5184" w:type="dxa"/>
          </w:tcPr>
          <w:p w14:paraId="70F6DCD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Child welfare"/>
                <w:tag w:val="Child_welfare"/>
                <w:id w:val="986414067"/>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Child welfare    </w:t>
            </w:r>
          </w:p>
        </w:tc>
      </w:tr>
      <w:tr w:rsidR="00C945C2" w:rsidRPr="00B74068" w14:paraId="5E00B3F1" w14:textId="77777777">
        <w:trPr>
          <w:jc w:val="center"/>
        </w:trPr>
        <w:tc>
          <w:tcPr>
            <w:tcW w:w="5184" w:type="dxa"/>
          </w:tcPr>
          <w:p w14:paraId="1CF0C1E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Education"/>
                <w:tag w:val="Education"/>
                <w:id w:val="830405314"/>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Education    </w:t>
            </w:r>
          </w:p>
        </w:tc>
        <w:tc>
          <w:tcPr>
            <w:tcW w:w="5184" w:type="dxa"/>
          </w:tcPr>
          <w:p w14:paraId="5B4AC1FB"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Public safety / first responders"/>
                <w:tag w:val="Public_safety_/_first_responders"/>
                <w:id w:val="220728451"/>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Public safety / first responders    </w:t>
            </w:r>
          </w:p>
        </w:tc>
      </w:tr>
      <w:tr w:rsidR="00C945C2" w:rsidRPr="00B74068" w14:paraId="65C44618" w14:textId="77777777">
        <w:trPr>
          <w:jc w:val="center"/>
        </w:trPr>
        <w:tc>
          <w:tcPr>
            <w:tcW w:w="5184" w:type="dxa"/>
          </w:tcPr>
          <w:p w14:paraId="5C0404C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Faith-based or community-based partners"/>
                <w:tag w:val="Faith-based_or_community-based_partners"/>
                <w:id w:val="362030520"/>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Faith-based or community-based partners    </w:t>
            </w:r>
          </w:p>
        </w:tc>
        <w:tc>
          <w:tcPr>
            <w:tcW w:w="5184" w:type="dxa"/>
          </w:tcPr>
          <w:p w14:paraId="2137690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Other"/>
                <w:tag w:val="Other"/>
                <w:id w:val="316103114"/>
                <w14:checkbox>
                  <w14:checked w14:val="0"/>
                  <w14:checkedState w14:val="2612" w14:font="MS Gothic"/>
                  <w14:uncheckedState w14:val="2610" w14:font="MS Gothic"/>
                </w14:checkbox>
              </w:sdtPr>
              <w:sdtEndPr/>
              <w:sdtContent>
                <w:r w:rsidR="00FB3664" w:rsidRPr="00B74068">
                  <w:rPr>
                    <w:rFonts w:ascii="Segoe UI Symbol" w:eastAsia="MS Gothic" w:hAnsi="Segoe UI Symbol" w:cs="Segoe UI Symbol"/>
                    <w:color w:val="000000" w:themeColor="text1"/>
                    <w:sz w:val="22"/>
                  </w:rPr>
                  <w:t>☐</w:t>
                </w:r>
              </w:sdtContent>
            </w:sdt>
            <w:r w:rsidR="00FB3664" w:rsidRPr="00B74068">
              <w:rPr>
                <w:rFonts w:ascii="Calibri" w:hAnsi="Calibri" w:cs="Calibri"/>
                <w:color w:val="000000" w:themeColor="text1"/>
                <w:sz w:val="22"/>
              </w:rPr>
              <w:t xml:space="preserve"> Other    </w:t>
            </w:r>
          </w:p>
        </w:tc>
      </w:tr>
    </w:tbl>
    <w:p w14:paraId="35C1F4CA" w14:textId="77777777" w:rsidR="00C945C2" w:rsidRPr="00B74068" w:rsidRDefault="00FB3664">
      <w:pPr>
        <w:pStyle w:val="Heading3"/>
        <w:rPr>
          <w:rFonts w:ascii="Calibri" w:hAnsi="Calibri" w:cs="Calibri"/>
          <w:color w:val="000000" w:themeColor="text1"/>
          <w:sz w:val="22"/>
        </w:rPr>
      </w:pPr>
      <w:r w:rsidRPr="00B74068">
        <w:rPr>
          <w:rFonts w:ascii="Calibri" w:hAnsi="Calibri" w:cs="Calibri"/>
          <w:color w:val="000000" w:themeColor="text1"/>
          <w:sz w:val="22"/>
        </w:rPr>
        <w:t>Describe coordination.</w:t>
      </w:r>
    </w:p>
    <w:tbl>
      <w:tblPr>
        <w:tblStyle w:val="TableGrid"/>
        <w:tblW w:w="0" w:type="auto"/>
        <w:jc w:val="center"/>
        <w:tblLook w:val="04A0" w:firstRow="1" w:lastRow="0" w:firstColumn="1" w:lastColumn="0" w:noHBand="0" w:noVBand="1"/>
      </w:tblPr>
      <w:tblGrid>
        <w:gridCol w:w="10214"/>
      </w:tblGrid>
      <w:tr w:rsidR="00C945C2" w:rsidRPr="00B74068" w14:paraId="51CC1EA1" w14:textId="77777777" w:rsidTr="00DC4901">
        <w:trPr>
          <w:jc w:val="center"/>
        </w:trPr>
        <w:tc>
          <w:tcPr>
            <w:tcW w:w="10214" w:type="dxa"/>
          </w:tcPr>
          <w:p w14:paraId="6CD8BCB3"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Describe coordination."/>
                <w:tag w:val="Describe coordination."/>
                <w:id w:val="2010789686"/>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7C7F4234" w14:textId="54983BFD" w:rsidR="00DC4901" w:rsidRDefault="00DC4901" w:rsidP="00DC4901">
      <w:pPr>
        <w:pStyle w:val="Heading2"/>
        <w:rPr>
          <w:rFonts w:ascii="Calibri" w:hAnsi="Calibri" w:cs="Calibri"/>
          <w:color w:val="000000" w:themeColor="text1"/>
          <w:szCs w:val="22"/>
        </w:rPr>
      </w:pPr>
      <w:r w:rsidRPr="00B74068">
        <w:rPr>
          <w:rFonts w:ascii="Calibri" w:hAnsi="Calibri" w:cs="Calibri"/>
          <w:color w:val="000000" w:themeColor="text1"/>
          <w:szCs w:val="22"/>
        </w:rPr>
        <w:t>8.</w:t>
      </w:r>
      <w:r>
        <w:rPr>
          <w:rFonts w:ascii="Calibri" w:hAnsi="Calibri" w:cs="Calibri"/>
          <w:color w:val="000000" w:themeColor="text1"/>
          <w:szCs w:val="22"/>
        </w:rPr>
        <w:t>4</w:t>
      </w:r>
      <w:r w:rsidRPr="00B74068">
        <w:rPr>
          <w:rFonts w:ascii="Calibri" w:hAnsi="Calibri" w:cs="Calibri"/>
          <w:color w:val="000000" w:themeColor="text1"/>
          <w:szCs w:val="22"/>
        </w:rPr>
        <w:t xml:space="preserve"> </w:t>
      </w:r>
      <w:r>
        <w:rPr>
          <w:rFonts w:ascii="Calibri" w:hAnsi="Calibri" w:cs="Calibri"/>
          <w:color w:val="000000" w:themeColor="text1"/>
          <w:szCs w:val="22"/>
        </w:rPr>
        <w:t>For SSO-Street Outreach Projects Only:</w:t>
      </w:r>
    </w:p>
    <w:p w14:paraId="1CDDC234" w14:textId="79E09C70" w:rsidR="00DC4901" w:rsidRPr="00B74068" w:rsidRDefault="00DC4901" w:rsidP="00DC4901">
      <w:pPr>
        <w:rPr>
          <w:rFonts w:ascii="Calibri" w:hAnsi="Calibri" w:cs="Calibri"/>
          <w:color w:val="000000" w:themeColor="text1"/>
          <w:sz w:val="22"/>
        </w:rPr>
      </w:pPr>
      <w:r w:rsidRPr="00DC4901">
        <w:rPr>
          <w:sz w:val="22"/>
        </w:rPr>
        <w:t>Describe history of, or a plan for, partnering with first responders and law enforcement to engage people living in places not meant for human habitation to access emergency shelter, treatment programs, reunification with family, transitional housing or independent living</w:t>
      </w:r>
      <w:r>
        <w:rPr>
          <w:sz w:val="22"/>
        </w:rPr>
        <w:t>.</w:t>
      </w:r>
    </w:p>
    <w:tbl>
      <w:tblPr>
        <w:tblStyle w:val="TableGrid"/>
        <w:tblW w:w="0" w:type="auto"/>
        <w:jc w:val="center"/>
        <w:tblLook w:val="04A0" w:firstRow="1" w:lastRow="0" w:firstColumn="1" w:lastColumn="0" w:noHBand="0" w:noVBand="1"/>
      </w:tblPr>
      <w:tblGrid>
        <w:gridCol w:w="10214"/>
      </w:tblGrid>
      <w:tr w:rsidR="00DC4901" w:rsidRPr="00B74068" w14:paraId="1C97FFD3" w14:textId="77777777" w:rsidTr="0028204C">
        <w:trPr>
          <w:jc w:val="center"/>
        </w:trPr>
        <w:tc>
          <w:tcPr>
            <w:tcW w:w="10214" w:type="dxa"/>
          </w:tcPr>
          <w:p w14:paraId="026FF85F" w14:textId="77777777" w:rsidR="00DC4901"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Describe coordination."/>
                <w:tag w:val="Describe coordination."/>
                <w:id w:val="1470623781"/>
                <w:text/>
              </w:sdtPr>
              <w:sdtEndPr/>
              <w:sdtContent>
                <w:r w:rsidR="00DC4901" w:rsidRPr="00B74068">
                  <w:rPr>
                    <w:rFonts w:ascii="Calibri" w:hAnsi="Calibri" w:cs="Calibri"/>
                    <w:color w:val="000000" w:themeColor="text1"/>
                    <w:sz w:val="22"/>
                  </w:rPr>
                  <w:t>Type response here.</w:t>
                </w:r>
              </w:sdtContent>
            </w:sdt>
            <w:r w:rsidR="00DC4901" w:rsidRPr="00B74068">
              <w:rPr>
                <w:rFonts w:ascii="Calibri" w:hAnsi="Calibri" w:cs="Calibri"/>
                <w:color w:val="000000" w:themeColor="text1"/>
                <w:sz w:val="22"/>
              </w:rPr>
              <w:br/>
              <w:t xml:space="preserve"> </w:t>
            </w:r>
            <w:r w:rsidR="00DC4901" w:rsidRPr="00B74068">
              <w:rPr>
                <w:rFonts w:ascii="Calibri" w:hAnsi="Calibri" w:cs="Calibri"/>
                <w:color w:val="000000" w:themeColor="text1"/>
                <w:sz w:val="22"/>
              </w:rPr>
              <w:br/>
              <w:t xml:space="preserve"> </w:t>
            </w:r>
            <w:r w:rsidR="00DC4901" w:rsidRPr="00B74068">
              <w:rPr>
                <w:rFonts w:ascii="Calibri" w:hAnsi="Calibri" w:cs="Calibri"/>
                <w:color w:val="000000" w:themeColor="text1"/>
                <w:sz w:val="22"/>
              </w:rPr>
              <w:br/>
              <w:t xml:space="preserve"> </w:t>
            </w:r>
          </w:p>
        </w:tc>
      </w:tr>
    </w:tbl>
    <w:p w14:paraId="1EBFED38" w14:textId="71B304DF" w:rsidR="00C945C2" w:rsidRDefault="00FB3664" w:rsidP="003A49A5">
      <w:pPr>
        <w:pStyle w:val="Heading1"/>
        <w:shd w:val="clear" w:color="auto" w:fill="B8CCE4" w:themeFill="accent1" w:themeFillTint="66"/>
        <w:rPr>
          <w:rFonts w:ascii="Calibri" w:hAnsi="Calibri" w:cs="Calibri"/>
          <w:color w:val="000000" w:themeColor="text1"/>
          <w:sz w:val="22"/>
          <w:szCs w:val="22"/>
        </w:rPr>
      </w:pPr>
      <w:r w:rsidRPr="00B74068">
        <w:rPr>
          <w:rFonts w:ascii="Calibri" w:hAnsi="Calibri" w:cs="Calibri"/>
          <w:color w:val="000000" w:themeColor="text1"/>
          <w:sz w:val="22"/>
          <w:szCs w:val="22"/>
        </w:rPr>
        <w:t xml:space="preserve">Section </w:t>
      </w:r>
      <w:r w:rsidR="00A948D0">
        <w:rPr>
          <w:rFonts w:ascii="Calibri" w:hAnsi="Calibri" w:cs="Calibri"/>
          <w:color w:val="000000" w:themeColor="text1"/>
          <w:sz w:val="22"/>
          <w:szCs w:val="22"/>
        </w:rPr>
        <w:t>9</w:t>
      </w:r>
      <w:r w:rsidRPr="00B74068">
        <w:rPr>
          <w:rFonts w:ascii="Calibri" w:hAnsi="Calibri" w:cs="Calibri"/>
          <w:color w:val="000000" w:themeColor="text1"/>
          <w:sz w:val="22"/>
          <w:szCs w:val="22"/>
        </w:rPr>
        <w:t xml:space="preserve"> - Performance </w:t>
      </w:r>
      <w:r w:rsidR="00F24D72">
        <w:rPr>
          <w:rFonts w:ascii="Calibri" w:hAnsi="Calibri" w:cs="Calibri"/>
          <w:color w:val="000000" w:themeColor="text1"/>
          <w:sz w:val="22"/>
          <w:szCs w:val="22"/>
        </w:rPr>
        <w:t>Measurement</w:t>
      </w:r>
    </w:p>
    <w:p w14:paraId="3D832466" w14:textId="542A6B09" w:rsidR="004567B6" w:rsidRDefault="004567B6" w:rsidP="004567B6">
      <w:pPr>
        <w:spacing w:after="0"/>
      </w:pPr>
    </w:p>
    <w:p w14:paraId="7A592057" w14:textId="43E85432" w:rsidR="00F24D72" w:rsidRPr="00DE6257" w:rsidRDefault="00F24D72" w:rsidP="004567B6">
      <w:pPr>
        <w:spacing w:after="0"/>
        <w:rPr>
          <w:b/>
          <w:bCs/>
          <w:sz w:val="22"/>
        </w:rPr>
      </w:pPr>
      <w:r w:rsidRPr="00DE6257">
        <w:rPr>
          <w:b/>
          <w:bCs/>
          <w:sz w:val="22"/>
        </w:rPr>
        <w:t xml:space="preserve">9.1 </w:t>
      </w:r>
      <w:r w:rsidR="007B26B1" w:rsidRPr="00DE6257">
        <w:rPr>
          <w:b/>
          <w:bCs/>
          <w:sz w:val="22"/>
        </w:rPr>
        <w:t>Provide the following data for an existing or previous project that is similar to the proposed project.</w:t>
      </w:r>
    </w:p>
    <w:tbl>
      <w:tblPr>
        <w:tblStyle w:val="TableGrid"/>
        <w:tblW w:w="0" w:type="auto"/>
        <w:tblLook w:val="04A0" w:firstRow="1" w:lastRow="0" w:firstColumn="1" w:lastColumn="0" w:noHBand="0" w:noVBand="1"/>
      </w:tblPr>
      <w:tblGrid>
        <w:gridCol w:w="6655"/>
        <w:gridCol w:w="3559"/>
      </w:tblGrid>
      <w:tr w:rsidR="007B26B1" w14:paraId="6D88CE55" w14:textId="77777777" w:rsidTr="007B26B1">
        <w:tc>
          <w:tcPr>
            <w:tcW w:w="6655" w:type="dxa"/>
          </w:tcPr>
          <w:p w14:paraId="1B32AC70" w14:textId="297E2A79" w:rsidR="007B26B1" w:rsidRDefault="007B26B1" w:rsidP="004567B6">
            <w:pPr>
              <w:rPr>
                <w:sz w:val="22"/>
              </w:rPr>
            </w:pPr>
            <w:r>
              <w:rPr>
                <w:sz w:val="22"/>
              </w:rPr>
              <w:t>Name of Project</w:t>
            </w:r>
            <w:r w:rsidR="00A011DE">
              <w:rPr>
                <w:sz w:val="22"/>
              </w:rPr>
              <w:t xml:space="preserve"> reported on</w:t>
            </w:r>
          </w:p>
        </w:tc>
        <w:sdt>
          <w:sdtPr>
            <w:rPr>
              <w:sz w:val="22"/>
            </w:rPr>
            <w:id w:val="2068223965"/>
            <w:placeholder>
              <w:docPart w:val="DefaultPlaceholder_-1854013440"/>
            </w:placeholder>
            <w:text/>
          </w:sdtPr>
          <w:sdtContent>
            <w:tc>
              <w:tcPr>
                <w:tcW w:w="3559" w:type="dxa"/>
              </w:tcPr>
              <w:p w14:paraId="020DFBFD" w14:textId="6CCCB6ED" w:rsidR="007B26B1" w:rsidRDefault="00A011DE" w:rsidP="004567B6">
                <w:pPr>
                  <w:rPr>
                    <w:sz w:val="22"/>
                  </w:rPr>
                </w:pPr>
                <w:r>
                  <w:rPr>
                    <w:sz w:val="22"/>
                  </w:rPr>
                  <w:t>Enter project name</w:t>
                </w:r>
              </w:p>
            </w:tc>
          </w:sdtContent>
        </w:sdt>
      </w:tr>
      <w:tr w:rsidR="007B26B1" w14:paraId="4C550EF9" w14:textId="77777777" w:rsidTr="007B26B1">
        <w:tc>
          <w:tcPr>
            <w:tcW w:w="6655" w:type="dxa"/>
          </w:tcPr>
          <w:p w14:paraId="34608047" w14:textId="4090C386" w:rsidR="007B26B1" w:rsidRDefault="007B26B1" w:rsidP="004567B6">
            <w:pPr>
              <w:rPr>
                <w:sz w:val="22"/>
              </w:rPr>
            </w:pPr>
            <w:r>
              <w:rPr>
                <w:sz w:val="22"/>
              </w:rPr>
              <w:t>Period of Performance Reported</w:t>
            </w:r>
          </w:p>
        </w:tc>
        <w:sdt>
          <w:sdtPr>
            <w:rPr>
              <w:sz w:val="22"/>
            </w:rPr>
            <w:id w:val="-510908252"/>
            <w:placeholder>
              <w:docPart w:val="DefaultPlaceholder_-1854013440"/>
            </w:placeholder>
            <w:text/>
          </w:sdtPr>
          <w:sdtContent>
            <w:tc>
              <w:tcPr>
                <w:tcW w:w="3559" w:type="dxa"/>
              </w:tcPr>
              <w:p w14:paraId="7525F5D6" w14:textId="0ECC01E9" w:rsidR="007B26B1" w:rsidRDefault="00A011DE" w:rsidP="004567B6">
                <w:pPr>
                  <w:rPr>
                    <w:sz w:val="22"/>
                  </w:rPr>
                </w:pPr>
                <w:r>
                  <w:rPr>
                    <w:sz w:val="22"/>
                  </w:rPr>
                  <w:t>Enter period of performance</w:t>
                </w:r>
              </w:p>
            </w:tc>
          </w:sdtContent>
        </w:sdt>
      </w:tr>
      <w:tr w:rsidR="007B26B1" w14:paraId="6DD9E382" w14:textId="77777777" w:rsidTr="007B26B1">
        <w:tc>
          <w:tcPr>
            <w:tcW w:w="6655" w:type="dxa"/>
          </w:tcPr>
          <w:p w14:paraId="762C4696" w14:textId="059FE08C" w:rsidR="007B26B1" w:rsidRDefault="007B26B1" w:rsidP="004567B6">
            <w:pPr>
              <w:rPr>
                <w:sz w:val="22"/>
              </w:rPr>
            </w:pPr>
            <w:r>
              <w:rPr>
                <w:sz w:val="22"/>
              </w:rPr>
              <w:t>Data Source</w:t>
            </w:r>
          </w:p>
        </w:tc>
        <w:sdt>
          <w:sdtPr>
            <w:rPr>
              <w:sz w:val="22"/>
            </w:rPr>
            <w:id w:val="-1460796439"/>
            <w:placeholder>
              <w:docPart w:val="DefaultPlaceholder_-1854013440"/>
            </w:placeholder>
            <w:text/>
          </w:sdtPr>
          <w:sdtContent>
            <w:tc>
              <w:tcPr>
                <w:tcW w:w="3559" w:type="dxa"/>
              </w:tcPr>
              <w:p w14:paraId="1B9CEA6C" w14:textId="0DE998AE" w:rsidR="007B26B1" w:rsidRDefault="00A011DE" w:rsidP="004567B6">
                <w:pPr>
                  <w:rPr>
                    <w:sz w:val="22"/>
                  </w:rPr>
                </w:pPr>
                <w:r>
                  <w:rPr>
                    <w:sz w:val="22"/>
                  </w:rPr>
                  <w:t>Enter data source</w:t>
                </w:r>
              </w:p>
            </w:tc>
          </w:sdtContent>
        </w:sdt>
      </w:tr>
      <w:tr w:rsidR="007B26B1" w14:paraId="0B5F9FA8" w14:textId="77777777" w:rsidTr="003A49A5">
        <w:tc>
          <w:tcPr>
            <w:tcW w:w="6655" w:type="dxa"/>
            <w:shd w:val="clear" w:color="auto" w:fill="DBE5F1" w:themeFill="accent1" w:themeFillTint="33"/>
          </w:tcPr>
          <w:p w14:paraId="5AF9EDDB" w14:textId="59D4C151" w:rsidR="007B26B1" w:rsidRDefault="007B26B1" w:rsidP="007B26B1">
            <w:pPr>
              <w:rPr>
                <w:sz w:val="22"/>
              </w:rPr>
            </w:pPr>
            <w:r w:rsidRPr="00B74068">
              <w:rPr>
                <w:rFonts w:ascii="Calibri" w:hAnsi="Calibri" w:cs="Calibri"/>
                <w:b/>
                <w:color w:val="000000" w:themeColor="text1"/>
                <w:sz w:val="22"/>
              </w:rPr>
              <w:t>Measure</w:t>
            </w:r>
          </w:p>
        </w:tc>
        <w:tc>
          <w:tcPr>
            <w:tcW w:w="3559" w:type="dxa"/>
            <w:shd w:val="clear" w:color="auto" w:fill="DBE5F1" w:themeFill="accent1" w:themeFillTint="33"/>
          </w:tcPr>
          <w:p w14:paraId="4126DFAC" w14:textId="0432413C" w:rsidR="007B26B1" w:rsidRDefault="007B26B1" w:rsidP="007B26B1">
            <w:pPr>
              <w:rPr>
                <w:sz w:val="22"/>
              </w:rPr>
            </w:pPr>
            <w:r w:rsidRPr="00B74068">
              <w:rPr>
                <w:rFonts w:ascii="Calibri" w:hAnsi="Calibri" w:cs="Calibri"/>
                <w:b/>
                <w:color w:val="000000" w:themeColor="text1"/>
                <w:sz w:val="22"/>
              </w:rPr>
              <w:t>P</w:t>
            </w:r>
            <w:r>
              <w:rPr>
                <w:rFonts w:ascii="Calibri" w:hAnsi="Calibri" w:cs="Calibri"/>
                <w:b/>
                <w:color w:val="000000" w:themeColor="text1"/>
                <w:sz w:val="22"/>
              </w:rPr>
              <w:t>erformance Metric</w:t>
            </w:r>
          </w:p>
        </w:tc>
      </w:tr>
      <w:tr w:rsidR="007B26B1" w14:paraId="0147B19B" w14:textId="77777777" w:rsidTr="007B26B1">
        <w:tc>
          <w:tcPr>
            <w:tcW w:w="6655" w:type="dxa"/>
          </w:tcPr>
          <w:p w14:paraId="13D5FA48" w14:textId="652C6953" w:rsidR="007B26B1" w:rsidRPr="00B74068" w:rsidRDefault="007B26B1" w:rsidP="007B26B1">
            <w:pPr>
              <w:rPr>
                <w:rFonts w:ascii="Calibri" w:hAnsi="Calibri" w:cs="Calibri"/>
                <w:b/>
                <w:color w:val="000000" w:themeColor="text1"/>
                <w:sz w:val="22"/>
              </w:rPr>
            </w:pPr>
            <w:r>
              <w:rPr>
                <w:rFonts w:ascii="Calibri" w:hAnsi="Calibri" w:cs="Calibri"/>
                <w:color w:val="000000" w:themeColor="text1"/>
                <w:sz w:val="22"/>
              </w:rPr>
              <w:t>Percentage p</w:t>
            </w:r>
            <w:r w:rsidRPr="00B74068">
              <w:rPr>
                <w:rFonts w:ascii="Calibri" w:hAnsi="Calibri" w:cs="Calibri"/>
                <w:color w:val="000000" w:themeColor="text1"/>
                <w:sz w:val="22"/>
              </w:rPr>
              <w:t>articipants exiting to permanent housing</w:t>
            </w:r>
            <w:r w:rsidR="00DE6257">
              <w:rPr>
                <w:rStyle w:val="FootnoteReference"/>
                <w:rFonts w:ascii="Calibri" w:hAnsi="Calibri" w:cs="Calibri"/>
                <w:color w:val="000000" w:themeColor="text1"/>
                <w:sz w:val="22"/>
              </w:rPr>
              <w:footnoteReference w:id="1"/>
            </w:r>
          </w:p>
        </w:tc>
        <w:sdt>
          <w:sdtPr>
            <w:rPr>
              <w:rFonts w:ascii="Calibri" w:hAnsi="Calibri" w:cs="Calibri"/>
              <w:bCs/>
              <w:color w:val="000000" w:themeColor="text1"/>
              <w:sz w:val="22"/>
            </w:rPr>
            <w:id w:val="-63265595"/>
            <w:placeholder>
              <w:docPart w:val="DefaultPlaceholder_-1854013440"/>
            </w:placeholder>
            <w:text/>
          </w:sdtPr>
          <w:sdtContent>
            <w:tc>
              <w:tcPr>
                <w:tcW w:w="3559" w:type="dxa"/>
                <w:shd w:val="clear" w:color="auto" w:fill="auto"/>
              </w:tcPr>
              <w:p w14:paraId="12EF4C1D" w14:textId="427D2C3D" w:rsidR="007B26B1" w:rsidRPr="00B74068" w:rsidRDefault="00001DC5" w:rsidP="007B26B1">
                <w:pPr>
                  <w:rPr>
                    <w:rFonts w:ascii="Calibri" w:hAnsi="Calibri" w:cs="Calibri"/>
                    <w:b/>
                    <w:color w:val="000000" w:themeColor="text1"/>
                    <w:sz w:val="22"/>
                  </w:rPr>
                </w:pPr>
                <w:r w:rsidRPr="00001DC5">
                  <w:rPr>
                    <w:rFonts w:ascii="Calibri" w:hAnsi="Calibri" w:cs="Calibri"/>
                    <w:bCs/>
                    <w:color w:val="000000" w:themeColor="text1"/>
                    <w:sz w:val="22"/>
                  </w:rPr>
                  <w:t>Enter percentage</w:t>
                </w:r>
              </w:p>
            </w:tc>
          </w:sdtContent>
        </w:sdt>
      </w:tr>
      <w:tr w:rsidR="007B26B1" w14:paraId="3C557114" w14:textId="77777777" w:rsidTr="007B26B1">
        <w:tc>
          <w:tcPr>
            <w:tcW w:w="6655" w:type="dxa"/>
          </w:tcPr>
          <w:p w14:paraId="1C770114" w14:textId="5FCCF0AF" w:rsidR="007B26B1" w:rsidRPr="00B74068" w:rsidRDefault="007B26B1" w:rsidP="007B26B1">
            <w:pPr>
              <w:rPr>
                <w:rFonts w:ascii="Calibri" w:hAnsi="Calibri" w:cs="Calibri"/>
                <w:b/>
                <w:color w:val="000000" w:themeColor="text1"/>
                <w:sz w:val="22"/>
              </w:rPr>
            </w:pPr>
            <w:r w:rsidRPr="00B74068">
              <w:rPr>
                <w:rFonts w:ascii="Calibri" w:hAnsi="Calibri" w:cs="Calibri"/>
                <w:color w:val="000000" w:themeColor="text1"/>
                <w:sz w:val="22"/>
              </w:rPr>
              <w:t>P</w:t>
            </w:r>
            <w:r>
              <w:rPr>
                <w:rFonts w:ascii="Calibri" w:hAnsi="Calibri" w:cs="Calibri"/>
                <w:color w:val="000000" w:themeColor="text1"/>
                <w:sz w:val="22"/>
              </w:rPr>
              <w:t>ercentage p</w:t>
            </w:r>
            <w:r w:rsidRPr="00B74068">
              <w:rPr>
                <w:rFonts w:ascii="Calibri" w:hAnsi="Calibri" w:cs="Calibri"/>
                <w:color w:val="000000" w:themeColor="text1"/>
                <w:sz w:val="22"/>
              </w:rPr>
              <w:t>articipants increasing earned income</w:t>
            </w:r>
          </w:p>
        </w:tc>
        <w:sdt>
          <w:sdtPr>
            <w:rPr>
              <w:rFonts w:ascii="Calibri" w:hAnsi="Calibri" w:cs="Calibri"/>
              <w:bCs/>
              <w:color w:val="000000" w:themeColor="text1"/>
              <w:sz w:val="22"/>
            </w:rPr>
            <w:id w:val="-1789039682"/>
            <w:placeholder>
              <w:docPart w:val="DefaultPlaceholder_-1854013440"/>
            </w:placeholder>
            <w:text/>
          </w:sdtPr>
          <w:sdtContent>
            <w:tc>
              <w:tcPr>
                <w:tcW w:w="3559" w:type="dxa"/>
                <w:shd w:val="clear" w:color="auto" w:fill="auto"/>
              </w:tcPr>
              <w:p w14:paraId="1C712998" w14:textId="388BA8CE" w:rsidR="007B26B1" w:rsidRPr="00B74068" w:rsidRDefault="00001DC5" w:rsidP="007B26B1">
                <w:pPr>
                  <w:rPr>
                    <w:rFonts w:ascii="Calibri" w:hAnsi="Calibri" w:cs="Calibri"/>
                    <w:b/>
                    <w:color w:val="000000" w:themeColor="text1"/>
                    <w:sz w:val="22"/>
                  </w:rPr>
                </w:pPr>
                <w:r w:rsidRPr="00001DC5">
                  <w:rPr>
                    <w:rFonts w:ascii="Calibri" w:hAnsi="Calibri" w:cs="Calibri"/>
                    <w:bCs/>
                    <w:color w:val="000000" w:themeColor="text1"/>
                    <w:sz w:val="22"/>
                  </w:rPr>
                  <w:t>Enter percentage</w:t>
                </w:r>
              </w:p>
            </w:tc>
          </w:sdtContent>
        </w:sdt>
      </w:tr>
      <w:tr w:rsidR="007B26B1" w14:paraId="4454E72A" w14:textId="77777777" w:rsidTr="007B26B1">
        <w:tc>
          <w:tcPr>
            <w:tcW w:w="6655" w:type="dxa"/>
          </w:tcPr>
          <w:p w14:paraId="6B79D91E" w14:textId="0DA5C37D" w:rsidR="007B26B1" w:rsidRPr="00B74068" w:rsidRDefault="007B26B1" w:rsidP="007B26B1">
            <w:pPr>
              <w:rPr>
                <w:rFonts w:ascii="Calibri" w:hAnsi="Calibri" w:cs="Calibri"/>
                <w:b/>
                <w:color w:val="000000" w:themeColor="text1"/>
                <w:sz w:val="22"/>
              </w:rPr>
            </w:pPr>
            <w:r w:rsidRPr="00B74068">
              <w:rPr>
                <w:rFonts w:ascii="Calibri" w:hAnsi="Calibri" w:cs="Calibri"/>
                <w:color w:val="000000" w:themeColor="text1"/>
                <w:sz w:val="22"/>
              </w:rPr>
              <w:t>P</w:t>
            </w:r>
            <w:r>
              <w:rPr>
                <w:rFonts w:ascii="Calibri" w:hAnsi="Calibri" w:cs="Calibri"/>
                <w:color w:val="000000" w:themeColor="text1"/>
                <w:sz w:val="22"/>
              </w:rPr>
              <w:t>ercentage p</w:t>
            </w:r>
            <w:r w:rsidRPr="00B74068">
              <w:rPr>
                <w:rFonts w:ascii="Calibri" w:hAnsi="Calibri" w:cs="Calibri"/>
                <w:color w:val="000000" w:themeColor="text1"/>
                <w:sz w:val="22"/>
              </w:rPr>
              <w:t>articipants increasing non-employment income or benefits</w:t>
            </w:r>
          </w:p>
        </w:tc>
        <w:sdt>
          <w:sdtPr>
            <w:rPr>
              <w:rFonts w:ascii="Calibri" w:hAnsi="Calibri" w:cs="Calibri"/>
              <w:bCs/>
              <w:color w:val="000000" w:themeColor="text1"/>
              <w:sz w:val="22"/>
            </w:rPr>
            <w:id w:val="-1020862419"/>
            <w:placeholder>
              <w:docPart w:val="DefaultPlaceholder_-1854013440"/>
            </w:placeholder>
            <w:text/>
          </w:sdtPr>
          <w:sdtContent>
            <w:tc>
              <w:tcPr>
                <w:tcW w:w="3559" w:type="dxa"/>
                <w:shd w:val="clear" w:color="auto" w:fill="auto"/>
              </w:tcPr>
              <w:p w14:paraId="3C8B3AA0" w14:textId="25290A26" w:rsidR="007B26B1" w:rsidRPr="00B74068" w:rsidRDefault="00001DC5" w:rsidP="007B26B1">
                <w:pPr>
                  <w:rPr>
                    <w:rFonts w:ascii="Calibri" w:hAnsi="Calibri" w:cs="Calibri"/>
                    <w:b/>
                    <w:color w:val="000000" w:themeColor="text1"/>
                    <w:sz w:val="22"/>
                  </w:rPr>
                </w:pPr>
                <w:r w:rsidRPr="00001DC5">
                  <w:rPr>
                    <w:rFonts w:ascii="Calibri" w:hAnsi="Calibri" w:cs="Calibri"/>
                    <w:bCs/>
                    <w:color w:val="000000" w:themeColor="text1"/>
                    <w:sz w:val="22"/>
                  </w:rPr>
                  <w:t>Enter percentage</w:t>
                </w:r>
              </w:p>
            </w:tc>
          </w:sdtContent>
        </w:sdt>
      </w:tr>
      <w:tr w:rsidR="007B26B1" w14:paraId="041C6D2E" w14:textId="77777777" w:rsidTr="007B26B1">
        <w:tc>
          <w:tcPr>
            <w:tcW w:w="6655" w:type="dxa"/>
          </w:tcPr>
          <w:p w14:paraId="52D8B4AB" w14:textId="2CD73D80" w:rsidR="007B26B1" w:rsidRPr="00B74068" w:rsidRDefault="007B26B1" w:rsidP="007B26B1">
            <w:pPr>
              <w:rPr>
                <w:rFonts w:ascii="Calibri" w:hAnsi="Calibri" w:cs="Calibri"/>
                <w:b/>
                <w:color w:val="000000" w:themeColor="text1"/>
                <w:sz w:val="22"/>
              </w:rPr>
            </w:pPr>
            <w:r w:rsidRPr="00B74068">
              <w:rPr>
                <w:rFonts w:ascii="Calibri" w:hAnsi="Calibri" w:cs="Calibri"/>
                <w:color w:val="000000" w:themeColor="text1"/>
                <w:sz w:val="22"/>
              </w:rPr>
              <w:t>Average utilization, if housing project</w:t>
            </w:r>
          </w:p>
        </w:tc>
        <w:sdt>
          <w:sdtPr>
            <w:rPr>
              <w:rFonts w:ascii="Calibri" w:hAnsi="Calibri" w:cs="Calibri"/>
              <w:bCs/>
              <w:color w:val="000000" w:themeColor="text1"/>
              <w:sz w:val="22"/>
            </w:rPr>
            <w:id w:val="107251507"/>
            <w:placeholder>
              <w:docPart w:val="DefaultPlaceholder_-1854013440"/>
            </w:placeholder>
            <w:text/>
          </w:sdtPr>
          <w:sdtContent>
            <w:tc>
              <w:tcPr>
                <w:tcW w:w="3559" w:type="dxa"/>
                <w:shd w:val="clear" w:color="auto" w:fill="auto"/>
              </w:tcPr>
              <w:p w14:paraId="5E97E441" w14:textId="33808644" w:rsidR="007B26B1" w:rsidRPr="00B74068" w:rsidRDefault="00001DC5" w:rsidP="007B26B1">
                <w:pPr>
                  <w:rPr>
                    <w:rFonts w:ascii="Calibri" w:hAnsi="Calibri" w:cs="Calibri"/>
                    <w:b/>
                    <w:color w:val="000000" w:themeColor="text1"/>
                    <w:sz w:val="22"/>
                  </w:rPr>
                </w:pPr>
                <w:r w:rsidRPr="00001DC5">
                  <w:rPr>
                    <w:rFonts w:ascii="Calibri" w:hAnsi="Calibri" w:cs="Calibri"/>
                    <w:bCs/>
                    <w:color w:val="000000" w:themeColor="text1"/>
                    <w:sz w:val="22"/>
                  </w:rPr>
                  <w:t>Enter utilization rate</w:t>
                </w:r>
              </w:p>
            </w:tc>
          </w:sdtContent>
        </w:sdt>
      </w:tr>
      <w:tr w:rsidR="007B26B1" w14:paraId="089CA266" w14:textId="77777777" w:rsidTr="007B26B1">
        <w:tc>
          <w:tcPr>
            <w:tcW w:w="6655" w:type="dxa"/>
          </w:tcPr>
          <w:p w14:paraId="6B252987" w14:textId="03E3E8E6" w:rsidR="007B26B1" w:rsidRPr="00B74068" w:rsidRDefault="007B26B1" w:rsidP="007B26B1">
            <w:pPr>
              <w:rPr>
                <w:rFonts w:ascii="Calibri" w:hAnsi="Calibri" w:cs="Calibri"/>
                <w:b/>
                <w:color w:val="000000" w:themeColor="text1"/>
                <w:sz w:val="22"/>
              </w:rPr>
            </w:pPr>
            <w:r>
              <w:rPr>
                <w:rFonts w:ascii="Calibri" w:hAnsi="Calibri" w:cs="Calibri"/>
                <w:color w:val="000000" w:themeColor="text1"/>
                <w:sz w:val="22"/>
              </w:rPr>
              <w:t>Percentage of participants dismissed to homelessness</w:t>
            </w:r>
          </w:p>
        </w:tc>
        <w:sdt>
          <w:sdtPr>
            <w:rPr>
              <w:rFonts w:ascii="Calibri" w:hAnsi="Calibri" w:cs="Calibri"/>
              <w:bCs/>
              <w:color w:val="000000" w:themeColor="text1"/>
              <w:sz w:val="22"/>
            </w:rPr>
            <w:id w:val="1692422324"/>
            <w:placeholder>
              <w:docPart w:val="DefaultPlaceholder_-1854013440"/>
            </w:placeholder>
            <w:text/>
          </w:sdtPr>
          <w:sdtContent>
            <w:tc>
              <w:tcPr>
                <w:tcW w:w="3559" w:type="dxa"/>
                <w:shd w:val="clear" w:color="auto" w:fill="auto"/>
              </w:tcPr>
              <w:p w14:paraId="0BB70DE4" w14:textId="1E2CABA5" w:rsidR="007B26B1" w:rsidRPr="00B74068" w:rsidRDefault="00001DC5" w:rsidP="007B26B1">
                <w:pPr>
                  <w:rPr>
                    <w:rFonts w:ascii="Calibri" w:hAnsi="Calibri" w:cs="Calibri"/>
                    <w:b/>
                    <w:color w:val="000000" w:themeColor="text1"/>
                    <w:sz w:val="22"/>
                  </w:rPr>
                </w:pPr>
                <w:r w:rsidRPr="00001DC5">
                  <w:rPr>
                    <w:rFonts w:ascii="Calibri" w:hAnsi="Calibri" w:cs="Calibri"/>
                    <w:bCs/>
                    <w:color w:val="000000" w:themeColor="text1"/>
                    <w:sz w:val="22"/>
                  </w:rPr>
                  <w:t>Enter percentage</w:t>
                </w:r>
              </w:p>
            </w:tc>
          </w:sdtContent>
        </w:sdt>
      </w:tr>
    </w:tbl>
    <w:p w14:paraId="605DB1AE" w14:textId="49A7438B" w:rsidR="007B26B1" w:rsidRDefault="007B26B1" w:rsidP="004567B6">
      <w:pPr>
        <w:spacing w:after="0"/>
        <w:rPr>
          <w:sz w:val="22"/>
        </w:rPr>
      </w:pPr>
    </w:p>
    <w:p w14:paraId="45164FF5" w14:textId="0EB99FA8" w:rsidR="00DE6257" w:rsidRPr="00B74068" w:rsidRDefault="00DE6257" w:rsidP="00DE6257">
      <w:pPr>
        <w:pStyle w:val="Heading3"/>
        <w:spacing w:before="0"/>
        <w:rPr>
          <w:rFonts w:ascii="Calibri" w:hAnsi="Calibri" w:cs="Calibri"/>
          <w:color w:val="000000" w:themeColor="text1"/>
          <w:sz w:val="22"/>
        </w:rPr>
      </w:pPr>
      <w:r>
        <w:rPr>
          <w:rFonts w:ascii="Calibri" w:hAnsi="Calibri" w:cs="Calibri"/>
          <w:color w:val="000000" w:themeColor="text1"/>
          <w:sz w:val="22"/>
        </w:rPr>
        <w:t>If the applicant has not previously operated a comparable program</w:t>
      </w:r>
      <w:r w:rsidR="004A28A8">
        <w:rPr>
          <w:rFonts w:ascii="Calibri" w:hAnsi="Calibri" w:cs="Calibri"/>
          <w:color w:val="000000" w:themeColor="text1"/>
          <w:sz w:val="22"/>
        </w:rPr>
        <w:t xml:space="preserve"> or met these benchmarks</w:t>
      </w:r>
      <w:r>
        <w:rPr>
          <w:rFonts w:ascii="Calibri" w:hAnsi="Calibri" w:cs="Calibri"/>
          <w:color w:val="000000" w:themeColor="text1"/>
          <w:sz w:val="22"/>
        </w:rPr>
        <w:t>, provide plan for ensuring that a minimum of 50% of participants will exit to permanent housing and a minimum of 50% of participants will exit with employment income.</w:t>
      </w:r>
    </w:p>
    <w:tbl>
      <w:tblPr>
        <w:tblStyle w:val="TableGrid"/>
        <w:tblW w:w="0" w:type="auto"/>
        <w:jc w:val="center"/>
        <w:tblLook w:val="04A0" w:firstRow="1" w:lastRow="0" w:firstColumn="1" w:lastColumn="0" w:noHBand="0" w:noVBand="1"/>
      </w:tblPr>
      <w:tblGrid>
        <w:gridCol w:w="10214"/>
      </w:tblGrid>
      <w:tr w:rsidR="00DE6257" w:rsidRPr="00B74068" w14:paraId="7F4BA84D" w14:textId="77777777" w:rsidTr="0028204C">
        <w:trPr>
          <w:jc w:val="center"/>
        </w:trPr>
        <w:tc>
          <w:tcPr>
            <w:tcW w:w="10368" w:type="dxa"/>
          </w:tcPr>
          <w:bookmarkStart w:id="5" w:name="_Hlk233040270"/>
          <w:p w14:paraId="0406432C" w14:textId="77777777" w:rsidR="00DE6257"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Describe how the project will track outcomes."/>
                <w:tag w:val="Describe how the project will track outcomes."/>
                <w:id w:val="-2086053493"/>
                <w:text/>
              </w:sdtPr>
              <w:sdtEndPr/>
              <w:sdtContent>
                <w:r w:rsidR="00DE6257" w:rsidRPr="00B74068">
                  <w:rPr>
                    <w:rFonts w:ascii="Calibri" w:hAnsi="Calibri" w:cs="Calibri"/>
                    <w:color w:val="000000" w:themeColor="text1"/>
                    <w:sz w:val="22"/>
                  </w:rPr>
                  <w:t>Type response here.</w:t>
                </w:r>
              </w:sdtContent>
            </w:sdt>
            <w:r w:rsidR="00DE6257" w:rsidRPr="00B74068">
              <w:rPr>
                <w:rFonts w:ascii="Calibri" w:hAnsi="Calibri" w:cs="Calibri"/>
                <w:color w:val="000000" w:themeColor="text1"/>
                <w:sz w:val="22"/>
              </w:rPr>
              <w:br/>
              <w:t xml:space="preserve"> </w:t>
            </w:r>
            <w:r w:rsidR="00DE6257" w:rsidRPr="00B74068">
              <w:rPr>
                <w:rFonts w:ascii="Calibri" w:hAnsi="Calibri" w:cs="Calibri"/>
                <w:color w:val="000000" w:themeColor="text1"/>
                <w:sz w:val="22"/>
              </w:rPr>
              <w:br/>
              <w:t xml:space="preserve"> </w:t>
            </w:r>
            <w:r w:rsidR="00DE6257" w:rsidRPr="00B74068">
              <w:rPr>
                <w:rFonts w:ascii="Calibri" w:hAnsi="Calibri" w:cs="Calibri"/>
                <w:color w:val="000000" w:themeColor="text1"/>
                <w:sz w:val="22"/>
              </w:rPr>
              <w:br/>
              <w:t xml:space="preserve"> </w:t>
            </w:r>
          </w:p>
        </w:tc>
      </w:tr>
    </w:tbl>
    <w:bookmarkEnd w:id="5"/>
    <w:p w14:paraId="465B906C" w14:textId="176069EF" w:rsidR="0063626E" w:rsidRDefault="0063626E" w:rsidP="0063626E">
      <w:pPr>
        <w:pStyle w:val="Heading1"/>
        <w:spacing w:before="360" w:after="120"/>
        <w:rPr>
          <w:rFonts w:ascii="Calibri" w:hAnsi="Calibri" w:cs="Calibri"/>
          <w:color w:val="000000" w:themeColor="text1"/>
          <w:sz w:val="22"/>
          <w:szCs w:val="22"/>
        </w:rPr>
      </w:pPr>
      <w:r>
        <w:rPr>
          <w:rFonts w:ascii="Calibri" w:hAnsi="Calibri" w:cs="Calibri"/>
          <w:color w:val="000000" w:themeColor="text1"/>
          <w:sz w:val="22"/>
          <w:szCs w:val="22"/>
        </w:rPr>
        <w:lastRenderedPageBreak/>
        <w:t xml:space="preserve">To be completed only by applicants for an SSO-Street Outreach Project: Describe the applicant’s </w:t>
      </w:r>
      <w:r w:rsidRPr="0063626E">
        <w:rPr>
          <w:rFonts w:ascii="Calibri" w:hAnsi="Calibri" w:cs="Calibri"/>
          <w:color w:val="000000" w:themeColor="text1"/>
          <w:sz w:val="22"/>
          <w:szCs w:val="22"/>
        </w:rPr>
        <w:t>experience providing outreach services, or a plan for providing outreach services, that demonstrates effectiveness at helping people successfully exit from places not meant for human habitation to emergency shelter, treatment programs, transitional housing or permanent housing programs.</w:t>
      </w:r>
      <w:r>
        <w:rPr>
          <w:rFonts w:ascii="Calibri" w:hAnsi="Calibri" w:cs="Calibri"/>
          <w:color w:val="000000" w:themeColor="text1"/>
          <w:sz w:val="22"/>
          <w:szCs w:val="22"/>
        </w:rPr>
        <w:t xml:space="preserve"> Include outcome data for an existing or prior outreach project.</w:t>
      </w:r>
    </w:p>
    <w:tbl>
      <w:tblPr>
        <w:tblStyle w:val="TableGrid"/>
        <w:tblW w:w="0" w:type="auto"/>
        <w:jc w:val="center"/>
        <w:tblLook w:val="04A0" w:firstRow="1" w:lastRow="0" w:firstColumn="1" w:lastColumn="0" w:noHBand="0" w:noVBand="1"/>
      </w:tblPr>
      <w:tblGrid>
        <w:gridCol w:w="10214"/>
      </w:tblGrid>
      <w:tr w:rsidR="0063626E" w:rsidRPr="00B74068" w14:paraId="2B448680" w14:textId="77777777" w:rsidTr="0028204C">
        <w:trPr>
          <w:jc w:val="center"/>
        </w:trPr>
        <w:tc>
          <w:tcPr>
            <w:tcW w:w="10368" w:type="dxa"/>
          </w:tcPr>
          <w:p w14:paraId="77058ECF" w14:textId="77777777" w:rsidR="0063626E" w:rsidRPr="00B74068" w:rsidRDefault="0063626E" w:rsidP="0028204C">
            <w:pPr>
              <w:rPr>
                <w:rFonts w:ascii="Calibri" w:hAnsi="Calibri" w:cs="Calibri"/>
                <w:color w:val="000000" w:themeColor="text1"/>
                <w:sz w:val="22"/>
              </w:rPr>
            </w:pPr>
            <w:sdt>
              <w:sdtPr>
                <w:rPr>
                  <w:rFonts w:ascii="Calibri" w:hAnsi="Calibri" w:cs="Calibri"/>
                  <w:color w:val="000000" w:themeColor="text1"/>
                  <w:sz w:val="22"/>
                </w:rPr>
                <w:alias w:val="Describe how the project will track outcomes."/>
                <w:tag w:val="Describe how the project will track outcomes."/>
                <w:id w:val="-1607183747"/>
                <w:text/>
              </w:sdtPr>
              <w:sdtContent>
                <w:r w:rsidRPr="00B74068">
                  <w:rPr>
                    <w:rFonts w:ascii="Calibri" w:hAnsi="Calibri" w:cs="Calibri"/>
                    <w:color w:val="000000" w:themeColor="text1"/>
                    <w:sz w:val="22"/>
                  </w:rPr>
                  <w:t>Type response here.</w:t>
                </w:r>
              </w:sdtContent>
            </w:sdt>
            <w:r w:rsidRPr="00B74068">
              <w:rPr>
                <w:rFonts w:ascii="Calibri" w:hAnsi="Calibri" w:cs="Calibri"/>
                <w:color w:val="000000" w:themeColor="text1"/>
                <w:sz w:val="22"/>
              </w:rPr>
              <w:br/>
              <w:t xml:space="preserve"> </w:t>
            </w:r>
            <w:r w:rsidRPr="00B74068">
              <w:rPr>
                <w:rFonts w:ascii="Calibri" w:hAnsi="Calibri" w:cs="Calibri"/>
                <w:color w:val="000000" w:themeColor="text1"/>
                <w:sz w:val="22"/>
              </w:rPr>
              <w:br/>
              <w:t xml:space="preserve"> </w:t>
            </w:r>
            <w:r w:rsidRPr="00B74068">
              <w:rPr>
                <w:rFonts w:ascii="Calibri" w:hAnsi="Calibri" w:cs="Calibri"/>
                <w:color w:val="000000" w:themeColor="text1"/>
                <w:sz w:val="22"/>
              </w:rPr>
              <w:br/>
              <w:t xml:space="preserve"> </w:t>
            </w:r>
          </w:p>
        </w:tc>
      </w:tr>
    </w:tbl>
    <w:p w14:paraId="62BF46A5" w14:textId="77777777" w:rsidR="0063626E" w:rsidRPr="00F24D72" w:rsidRDefault="0063626E" w:rsidP="004567B6">
      <w:pPr>
        <w:spacing w:after="0"/>
        <w:rPr>
          <w:sz w:val="22"/>
        </w:rPr>
      </w:pPr>
    </w:p>
    <w:p w14:paraId="0F320A33" w14:textId="33E6C08D" w:rsidR="00F24D72" w:rsidRPr="00DE6257" w:rsidRDefault="007B26B1" w:rsidP="004567B6">
      <w:pPr>
        <w:spacing w:after="0"/>
        <w:rPr>
          <w:b/>
          <w:bCs/>
          <w:sz w:val="22"/>
        </w:rPr>
      </w:pPr>
      <w:r w:rsidRPr="00DE6257">
        <w:rPr>
          <w:b/>
          <w:bCs/>
          <w:sz w:val="22"/>
        </w:rPr>
        <w:t>9.2 Provide proposed annual goals for the project applied for.</w:t>
      </w:r>
    </w:p>
    <w:tbl>
      <w:tblPr>
        <w:tblStyle w:val="TableGrid"/>
        <w:tblW w:w="0" w:type="auto"/>
        <w:jc w:val="center"/>
        <w:tblLook w:val="04A0" w:firstRow="1" w:lastRow="0" w:firstColumn="1" w:lastColumn="0" w:noHBand="0" w:noVBand="1"/>
      </w:tblPr>
      <w:tblGrid>
        <w:gridCol w:w="6500"/>
        <w:gridCol w:w="3500"/>
      </w:tblGrid>
      <w:tr w:rsidR="00C945C2" w:rsidRPr="00B74068" w14:paraId="63B0201D" w14:textId="77777777" w:rsidTr="003A49A5">
        <w:trPr>
          <w:jc w:val="center"/>
        </w:trPr>
        <w:tc>
          <w:tcPr>
            <w:tcW w:w="6500" w:type="dxa"/>
            <w:shd w:val="clear" w:color="auto" w:fill="DBE5F1" w:themeFill="accent1" w:themeFillTint="33"/>
          </w:tcPr>
          <w:p w14:paraId="43FC31F2"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Measure</w:t>
            </w:r>
          </w:p>
        </w:tc>
        <w:tc>
          <w:tcPr>
            <w:tcW w:w="3500" w:type="dxa"/>
            <w:shd w:val="clear" w:color="auto" w:fill="DBE5F1" w:themeFill="accent1" w:themeFillTint="33"/>
          </w:tcPr>
          <w:p w14:paraId="3D14D806"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Proposed Annual Goal</w:t>
            </w:r>
          </w:p>
        </w:tc>
      </w:tr>
      <w:tr w:rsidR="00C945C2" w:rsidRPr="00B74068" w14:paraId="40694B2A" w14:textId="77777777">
        <w:trPr>
          <w:jc w:val="center"/>
        </w:trPr>
        <w:tc>
          <w:tcPr>
            <w:tcW w:w="6500" w:type="dxa"/>
          </w:tcPr>
          <w:p w14:paraId="76CCF2BD" w14:textId="2E3648EA"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Households</w:t>
            </w:r>
            <w:r w:rsidR="00DE6257">
              <w:rPr>
                <w:rFonts w:ascii="Calibri" w:hAnsi="Calibri" w:cs="Calibri"/>
                <w:color w:val="000000" w:themeColor="text1"/>
                <w:sz w:val="22"/>
              </w:rPr>
              <w:t>/Individuals</w:t>
            </w:r>
            <w:r w:rsidRPr="00B74068">
              <w:rPr>
                <w:rFonts w:ascii="Calibri" w:hAnsi="Calibri" w:cs="Calibri"/>
                <w:color w:val="000000" w:themeColor="text1"/>
                <w:sz w:val="22"/>
              </w:rPr>
              <w:t xml:space="preserve"> served</w:t>
            </w:r>
          </w:p>
        </w:tc>
        <w:tc>
          <w:tcPr>
            <w:tcW w:w="3500" w:type="dxa"/>
          </w:tcPr>
          <w:p w14:paraId="2F8946AE"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goal_1"/>
                <w:tag w:val="goal_1"/>
                <w:id w:val="1592043601"/>
                <w:text/>
              </w:sdtPr>
              <w:sdtEndPr/>
              <w:sdtContent>
                <w:r w:rsidR="00FB3664" w:rsidRPr="00B74068">
                  <w:rPr>
                    <w:rFonts w:ascii="Calibri" w:hAnsi="Calibri" w:cs="Calibri"/>
                    <w:color w:val="000000" w:themeColor="text1"/>
                    <w:sz w:val="22"/>
                  </w:rPr>
                  <w:t>Enter goal</w:t>
                </w:r>
              </w:sdtContent>
            </w:sdt>
          </w:p>
        </w:tc>
      </w:tr>
      <w:tr w:rsidR="00C945C2" w:rsidRPr="00B74068" w14:paraId="4CA95BC5" w14:textId="77777777">
        <w:trPr>
          <w:jc w:val="center"/>
        </w:trPr>
        <w:tc>
          <w:tcPr>
            <w:tcW w:w="6500" w:type="dxa"/>
          </w:tcPr>
          <w:p w14:paraId="3CE78516" w14:textId="29F41EB2"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Participants exiting to permanent housing</w:t>
            </w:r>
          </w:p>
        </w:tc>
        <w:tc>
          <w:tcPr>
            <w:tcW w:w="3500" w:type="dxa"/>
          </w:tcPr>
          <w:p w14:paraId="18E963E1"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goal_3"/>
                <w:tag w:val="goal_3"/>
                <w:id w:val="1479651433"/>
                <w:text/>
              </w:sdtPr>
              <w:sdtEndPr/>
              <w:sdtContent>
                <w:r w:rsidR="00FB3664" w:rsidRPr="00B74068">
                  <w:rPr>
                    <w:rFonts w:ascii="Calibri" w:hAnsi="Calibri" w:cs="Calibri"/>
                    <w:color w:val="000000" w:themeColor="text1"/>
                    <w:sz w:val="22"/>
                  </w:rPr>
                  <w:t>Enter goal</w:t>
                </w:r>
              </w:sdtContent>
            </w:sdt>
          </w:p>
        </w:tc>
      </w:tr>
      <w:tr w:rsidR="00C945C2" w:rsidRPr="00B74068" w14:paraId="15E92D3D" w14:textId="77777777">
        <w:trPr>
          <w:jc w:val="center"/>
        </w:trPr>
        <w:tc>
          <w:tcPr>
            <w:tcW w:w="6500" w:type="dxa"/>
          </w:tcPr>
          <w:p w14:paraId="183274C7"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Participants increasing earned income</w:t>
            </w:r>
          </w:p>
        </w:tc>
        <w:tc>
          <w:tcPr>
            <w:tcW w:w="3500" w:type="dxa"/>
          </w:tcPr>
          <w:p w14:paraId="62B6B275"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goal_4"/>
                <w:tag w:val="goal_4"/>
                <w:id w:val="358014135"/>
                <w:text/>
              </w:sdtPr>
              <w:sdtEndPr/>
              <w:sdtContent>
                <w:r w:rsidR="00FB3664" w:rsidRPr="00B74068">
                  <w:rPr>
                    <w:rFonts w:ascii="Calibri" w:hAnsi="Calibri" w:cs="Calibri"/>
                    <w:color w:val="000000" w:themeColor="text1"/>
                    <w:sz w:val="22"/>
                  </w:rPr>
                  <w:t>Enter goal</w:t>
                </w:r>
              </w:sdtContent>
            </w:sdt>
          </w:p>
        </w:tc>
      </w:tr>
      <w:tr w:rsidR="00C945C2" w:rsidRPr="00B74068" w14:paraId="49C4C255" w14:textId="77777777">
        <w:trPr>
          <w:jc w:val="center"/>
        </w:trPr>
        <w:tc>
          <w:tcPr>
            <w:tcW w:w="6500" w:type="dxa"/>
          </w:tcPr>
          <w:p w14:paraId="2D7944DE"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Participants increasing non-employment income or benefits</w:t>
            </w:r>
          </w:p>
        </w:tc>
        <w:tc>
          <w:tcPr>
            <w:tcW w:w="3500" w:type="dxa"/>
          </w:tcPr>
          <w:p w14:paraId="2053CBF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goal_5"/>
                <w:tag w:val="goal_5"/>
                <w:id w:val="-1332291893"/>
                <w:text/>
              </w:sdtPr>
              <w:sdtEndPr/>
              <w:sdtContent>
                <w:r w:rsidR="00FB3664" w:rsidRPr="00B74068">
                  <w:rPr>
                    <w:rFonts w:ascii="Calibri" w:hAnsi="Calibri" w:cs="Calibri"/>
                    <w:color w:val="000000" w:themeColor="text1"/>
                    <w:sz w:val="22"/>
                  </w:rPr>
                  <w:t>Enter goal</w:t>
                </w:r>
              </w:sdtContent>
            </w:sdt>
          </w:p>
        </w:tc>
      </w:tr>
      <w:tr w:rsidR="00C945C2" w:rsidRPr="00B74068" w14:paraId="43EA40A5" w14:textId="77777777">
        <w:trPr>
          <w:jc w:val="center"/>
        </w:trPr>
        <w:tc>
          <w:tcPr>
            <w:tcW w:w="6500" w:type="dxa"/>
          </w:tcPr>
          <w:p w14:paraId="1C601D88"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Participants connected to treatment/recovery support, if applicable</w:t>
            </w:r>
          </w:p>
        </w:tc>
        <w:tc>
          <w:tcPr>
            <w:tcW w:w="3500" w:type="dxa"/>
          </w:tcPr>
          <w:p w14:paraId="2E59BE67"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goal_6"/>
                <w:tag w:val="goal_6"/>
                <w:id w:val="-2044278671"/>
                <w:text/>
              </w:sdtPr>
              <w:sdtEndPr/>
              <w:sdtContent>
                <w:r w:rsidR="00FB3664" w:rsidRPr="00B74068">
                  <w:rPr>
                    <w:rFonts w:ascii="Calibri" w:hAnsi="Calibri" w:cs="Calibri"/>
                    <w:color w:val="000000" w:themeColor="text1"/>
                    <w:sz w:val="22"/>
                  </w:rPr>
                  <w:t>Enter goal</w:t>
                </w:r>
              </w:sdtContent>
            </w:sdt>
          </w:p>
        </w:tc>
      </w:tr>
      <w:tr w:rsidR="00C945C2" w:rsidRPr="00B74068" w14:paraId="1FF1405A" w14:textId="77777777">
        <w:trPr>
          <w:jc w:val="center"/>
        </w:trPr>
        <w:tc>
          <w:tcPr>
            <w:tcW w:w="6500" w:type="dxa"/>
          </w:tcPr>
          <w:p w14:paraId="0CBEE1DF"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Participants connected to employment/workforce services, if applicable</w:t>
            </w:r>
          </w:p>
        </w:tc>
        <w:tc>
          <w:tcPr>
            <w:tcW w:w="3500" w:type="dxa"/>
          </w:tcPr>
          <w:p w14:paraId="11EBD905"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goal_7"/>
                <w:tag w:val="goal_7"/>
                <w:id w:val="-325971731"/>
                <w:text/>
              </w:sdtPr>
              <w:sdtEndPr/>
              <w:sdtContent>
                <w:r w:rsidR="00FB3664" w:rsidRPr="00B74068">
                  <w:rPr>
                    <w:rFonts w:ascii="Calibri" w:hAnsi="Calibri" w:cs="Calibri"/>
                    <w:color w:val="000000" w:themeColor="text1"/>
                    <w:sz w:val="22"/>
                  </w:rPr>
                  <w:t>Enter goal</w:t>
                </w:r>
              </w:sdtContent>
            </w:sdt>
          </w:p>
        </w:tc>
      </w:tr>
      <w:tr w:rsidR="00C945C2" w:rsidRPr="00B74068" w14:paraId="32960793" w14:textId="77777777">
        <w:trPr>
          <w:jc w:val="center"/>
        </w:trPr>
        <w:tc>
          <w:tcPr>
            <w:tcW w:w="6500" w:type="dxa"/>
          </w:tcPr>
          <w:p w14:paraId="053E84A1"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Average utilization target, if housing project</w:t>
            </w:r>
          </w:p>
        </w:tc>
        <w:tc>
          <w:tcPr>
            <w:tcW w:w="3500" w:type="dxa"/>
          </w:tcPr>
          <w:p w14:paraId="4A72D65A"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goal_8"/>
                <w:tag w:val="goal_8"/>
                <w:id w:val="-1644506266"/>
                <w:text/>
              </w:sdtPr>
              <w:sdtEndPr/>
              <w:sdtContent>
                <w:r w:rsidR="00FB3664" w:rsidRPr="00B74068">
                  <w:rPr>
                    <w:rFonts w:ascii="Calibri" w:hAnsi="Calibri" w:cs="Calibri"/>
                    <w:color w:val="000000" w:themeColor="text1"/>
                    <w:sz w:val="22"/>
                  </w:rPr>
                  <w:t>Enter goal</w:t>
                </w:r>
              </w:sdtContent>
            </w:sdt>
          </w:p>
        </w:tc>
      </w:tr>
    </w:tbl>
    <w:p w14:paraId="020CA6B7" w14:textId="77777777" w:rsidR="00C945C2" w:rsidRPr="00B74068" w:rsidRDefault="00FB3664">
      <w:pPr>
        <w:pStyle w:val="Heading3"/>
        <w:rPr>
          <w:rFonts w:ascii="Calibri" w:hAnsi="Calibri" w:cs="Calibri"/>
          <w:color w:val="000000" w:themeColor="text1"/>
          <w:sz w:val="22"/>
        </w:rPr>
      </w:pPr>
      <w:r w:rsidRPr="00B74068">
        <w:rPr>
          <w:rFonts w:ascii="Calibri" w:hAnsi="Calibri" w:cs="Calibri"/>
          <w:color w:val="000000" w:themeColor="text1"/>
          <w:sz w:val="22"/>
        </w:rPr>
        <w:t>Describe how the project will track outcomes.</w:t>
      </w:r>
    </w:p>
    <w:tbl>
      <w:tblPr>
        <w:tblStyle w:val="TableGrid"/>
        <w:tblW w:w="0" w:type="auto"/>
        <w:jc w:val="center"/>
        <w:tblLook w:val="04A0" w:firstRow="1" w:lastRow="0" w:firstColumn="1" w:lastColumn="0" w:noHBand="0" w:noVBand="1"/>
      </w:tblPr>
      <w:tblGrid>
        <w:gridCol w:w="10214"/>
      </w:tblGrid>
      <w:tr w:rsidR="00C945C2" w:rsidRPr="00B74068" w14:paraId="37517EE8" w14:textId="77777777">
        <w:trPr>
          <w:jc w:val="center"/>
        </w:trPr>
        <w:tc>
          <w:tcPr>
            <w:tcW w:w="10368" w:type="dxa"/>
          </w:tcPr>
          <w:p w14:paraId="3A645D06" w14:textId="77777777" w:rsidR="00C945C2" w:rsidRPr="00B74068" w:rsidRDefault="00CE458B" w:rsidP="00DE6257">
            <w:pPr>
              <w:rPr>
                <w:rFonts w:ascii="Calibri" w:hAnsi="Calibri" w:cs="Calibri"/>
                <w:color w:val="000000" w:themeColor="text1"/>
                <w:sz w:val="22"/>
              </w:rPr>
            </w:pPr>
            <w:sdt>
              <w:sdtPr>
                <w:rPr>
                  <w:rFonts w:ascii="Calibri" w:hAnsi="Calibri" w:cs="Calibri"/>
                  <w:color w:val="000000" w:themeColor="text1"/>
                  <w:sz w:val="22"/>
                </w:rPr>
                <w:alias w:val="Describe how the project will track outcomes."/>
                <w:tag w:val="Describe how the project will track outcomes."/>
                <w:id w:val="1011413033"/>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08B2EAFE" w14:textId="77777777" w:rsidR="00DE6257" w:rsidRDefault="00DE6257" w:rsidP="00DE6257">
      <w:pPr>
        <w:pStyle w:val="Heading1"/>
        <w:spacing w:before="0"/>
        <w:rPr>
          <w:rFonts w:ascii="Calibri" w:hAnsi="Calibri" w:cs="Calibri"/>
          <w:color w:val="000000" w:themeColor="text1"/>
          <w:sz w:val="22"/>
          <w:szCs w:val="22"/>
        </w:rPr>
      </w:pPr>
    </w:p>
    <w:p w14:paraId="4C7E5EF3" w14:textId="4EB173C3" w:rsidR="00C945C2" w:rsidRPr="00B74068" w:rsidRDefault="00FB3664" w:rsidP="003A49A5">
      <w:pPr>
        <w:pStyle w:val="Heading1"/>
        <w:shd w:val="clear" w:color="auto" w:fill="B8CCE4" w:themeFill="accent1" w:themeFillTint="66"/>
        <w:spacing w:before="0"/>
        <w:rPr>
          <w:rFonts w:ascii="Calibri" w:hAnsi="Calibri" w:cs="Calibri"/>
          <w:color w:val="000000" w:themeColor="text1"/>
          <w:sz w:val="22"/>
          <w:szCs w:val="22"/>
        </w:rPr>
      </w:pPr>
      <w:r w:rsidRPr="00B74068">
        <w:rPr>
          <w:rFonts w:ascii="Calibri" w:hAnsi="Calibri" w:cs="Calibri"/>
          <w:color w:val="000000" w:themeColor="text1"/>
          <w:sz w:val="22"/>
          <w:szCs w:val="22"/>
        </w:rPr>
        <w:t>Section 1</w:t>
      </w:r>
      <w:r w:rsidR="00A948D0">
        <w:rPr>
          <w:rFonts w:ascii="Calibri" w:hAnsi="Calibri" w:cs="Calibri"/>
          <w:color w:val="000000" w:themeColor="text1"/>
          <w:sz w:val="22"/>
          <w:szCs w:val="22"/>
        </w:rPr>
        <w:t>0</w:t>
      </w:r>
      <w:r w:rsidRPr="00B74068">
        <w:rPr>
          <w:rFonts w:ascii="Calibri" w:hAnsi="Calibri" w:cs="Calibri"/>
          <w:color w:val="000000" w:themeColor="text1"/>
          <w:sz w:val="22"/>
          <w:szCs w:val="22"/>
        </w:rPr>
        <w:t xml:space="preserve"> </w:t>
      </w:r>
      <w:r w:rsidR="00A948D0">
        <w:rPr>
          <w:rFonts w:ascii="Calibri" w:hAnsi="Calibri" w:cs="Calibri"/>
          <w:color w:val="000000" w:themeColor="text1"/>
          <w:sz w:val="22"/>
          <w:szCs w:val="22"/>
        </w:rPr>
        <w:t>–</w:t>
      </w:r>
      <w:r w:rsidRPr="00B74068">
        <w:rPr>
          <w:rFonts w:ascii="Calibri" w:hAnsi="Calibri" w:cs="Calibri"/>
          <w:color w:val="000000" w:themeColor="text1"/>
          <w:sz w:val="22"/>
          <w:szCs w:val="22"/>
        </w:rPr>
        <w:t xml:space="preserve"> Budget</w:t>
      </w:r>
      <w:r w:rsidR="00A948D0">
        <w:rPr>
          <w:rFonts w:ascii="Calibri" w:hAnsi="Calibri" w:cs="Calibri"/>
          <w:color w:val="000000" w:themeColor="text1"/>
          <w:sz w:val="22"/>
          <w:szCs w:val="22"/>
        </w:rPr>
        <w:t xml:space="preserve">, </w:t>
      </w:r>
      <w:r w:rsidRPr="00B74068">
        <w:rPr>
          <w:rFonts w:ascii="Calibri" w:hAnsi="Calibri" w:cs="Calibri"/>
          <w:color w:val="000000" w:themeColor="text1"/>
          <w:sz w:val="22"/>
          <w:szCs w:val="22"/>
        </w:rPr>
        <w:t>Match</w:t>
      </w:r>
      <w:r w:rsidR="00A948D0">
        <w:rPr>
          <w:rFonts w:ascii="Calibri" w:hAnsi="Calibri" w:cs="Calibri"/>
          <w:color w:val="000000" w:themeColor="text1"/>
          <w:sz w:val="22"/>
          <w:szCs w:val="22"/>
        </w:rPr>
        <w:t>, and Leverage</w:t>
      </w:r>
    </w:p>
    <w:p w14:paraId="270D73DC" w14:textId="3074E5F5" w:rsidR="00C945C2" w:rsidRPr="00B74068" w:rsidRDefault="00FB3664">
      <w:pPr>
        <w:pStyle w:val="Heading2"/>
        <w:rPr>
          <w:rFonts w:ascii="Calibri" w:hAnsi="Calibri" w:cs="Calibri"/>
          <w:color w:val="000000" w:themeColor="text1"/>
          <w:szCs w:val="22"/>
        </w:rPr>
      </w:pPr>
      <w:r w:rsidRPr="00B74068">
        <w:rPr>
          <w:rFonts w:ascii="Calibri" w:hAnsi="Calibri" w:cs="Calibri"/>
          <w:color w:val="000000" w:themeColor="text1"/>
          <w:szCs w:val="22"/>
        </w:rPr>
        <w:t>1</w:t>
      </w:r>
      <w:r w:rsidR="00A948D0">
        <w:rPr>
          <w:rFonts w:ascii="Calibri" w:hAnsi="Calibri" w:cs="Calibri"/>
          <w:color w:val="000000" w:themeColor="text1"/>
          <w:szCs w:val="22"/>
        </w:rPr>
        <w:t>0</w:t>
      </w:r>
      <w:r w:rsidRPr="00B74068">
        <w:rPr>
          <w:rFonts w:ascii="Calibri" w:hAnsi="Calibri" w:cs="Calibri"/>
          <w:color w:val="000000" w:themeColor="text1"/>
          <w:szCs w:val="22"/>
        </w:rPr>
        <w:t>.1 HUD Budget Request</w:t>
      </w:r>
    </w:p>
    <w:tbl>
      <w:tblPr>
        <w:tblStyle w:val="TableGrid"/>
        <w:tblW w:w="0" w:type="auto"/>
        <w:jc w:val="center"/>
        <w:tblLook w:val="04A0" w:firstRow="1" w:lastRow="0" w:firstColumn="1" w:lastColumn="0" w:noHBand="0" w:noVBand="1"/>
      </w:tblPr>
      <w:tblGrid>
        <w:gridCol w:w="5500"/>
        <w:gridCol w:w="4500"/>
      </w:tblGrid>
      <w:tr w:rsidR="00C945C2" w:rsidRPr="00B74068" w14:paraId="1FD2788C" w14:textId="77777777" w:rsidTr="00A948D0">
        <w:trPr>
          <w:jc w:val="center"/>
        </w:trPr>
        <w:tc>
          <w:tcPr>
            <w:tcW w:w="5500" w:type="dxa"/>
            <w:shd w:val="clear" w:color="auto" w:fill="DBE5F1" w:themeFill="accent1" w:themeFillTint="33"/>
          </w:tcPr>
          <w:p w14:paraId="4A2281C2"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Budget Line Item</w:t>
            </w:r>
          </w:p>
        </w:tc>
        <w:tc>
          <w:tcPr>
            <w:tcW w:w="4500" w:type="dxa"/>
            <w:shd w:val="clear" w:color="auto" w:fill="DBE5F1" w:themeFill="accent1" w:themeFillTint="33"/>
          </w:tcPr>
          <w:p w14:paraId="28D8CA37" w14:textId="1C6CF168"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Request</w:t>
            </w:r>
            <w:r w:rsidR="00A948D0">
              <w:rPr>
                <w:rFonts w:ascii="Calibri" w:hAnsi="Calibri" w:cs="Calibri"/>
                <w:b/>
                <w:color w:val="000000" w:themeColor="text1"/>
                <w:sz w:val="22"/>
              </w:rPr>
              <w:t xml:space="preserve"> for HUD CoC Funds</w:t>
            </w:r>
          </w:p>
        </w:tc>
      </w:tr>
      <w:tr w:rsidR="00C945C2" w:rsidRPr="00B74068" w14:paraId="6C7A5941" w14:textId="77777777">
        <w:trPr>
          <w:jc w:val="center"/>
        </w:trPr>
        <w:tc>
          <w:tcPr>
            <w:tcW w:w="5500" w:type="dxa"/>
          </w:tcPr>
          <w:p w14:paraId="68676128"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Rental Assistance</w:t>
            </w:r>
          </w:p>
        </w:tc>
        <w:tc>
          <w:tcPr>
            <w:tcW w:w="4500" w:type="dxa"/>
          </w:tcPr>
          <w:p w14:paraId="6107349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udget_Rental Assistance"/>
                <w:tag w:val="budget_Rental Assistance"/>
                <w:id w:val="-1103341443"/>
                <w:text/>
              </w:sdtPr>
              <w:sdtEndPr/>
              <w:sdtContent>
                <w:r w:rsidR="00FB3664" w:rsidRPr="00B74068">
                  <w:rPr>
                    <w:rFonts w:ascii="Calibri" w:hAnsi="Calibri" w:cs="Calibri"/>
                    <w:color w:val="000000" w:themeColor="text1"/>
                    <w:sz w:val="22"/>
                  </w:rPr>
                  <w:t>$</w:t>
                </w:r>
              </w:sdtContent>
            </w:sdt>
          </w:p>
        </w:tc>
      </w:tr>
      <w:tr w:rsidR="00C945C2" w:rsidRPr="00B74068" w14:paraId="401A8ADF" w14:textId="77777777">
        <w:trPr>
          <w:jc w:val="center"/>
        </w:trPr>
        <w:tc>
          <w:tcPr>
            <w:tcW w:w="5500" w:type="dxa"/>
          </w:tcPr>
          <w:p w14:paraId="2CBEF3DF"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Leasing</w:t>
            </w:r>
          </w:p>
        </w:tc>
        <w:tc>
          <w:tcPr>
            <w:tcW w:w="4500" w:type="dxa"/>
          </w:tcPr>
          <w:p w14:paraId="349E832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udget_Leasing"/>
                <w:tag w:val="budget_Leasing"/>
                <w:id w:val="85356173"/>
                <w:text/>
              </w:sdtPr>
              <w:sdtEndPr/>
              <w:sdtContent>
                <w:r w:rsidR="00FB3664" w:rsidRPr="00B74068">
                  <w:rPr>
                    <w:rFonts w:ascii="Calibri" w:hAnsi="Calibri" w:cs="Calibri"/>
                    <w:color w:val="000000" w:themeColor="text1"/>
                    <w:sz w:val="22"/>
                  </w:rPr>
                  <w:t>$</w:t>
                </w:r>
              </w:sdtContent>
            </w:sdt>
          </w:p>
        </w:tc>
      </w:tr>
      <w:tr w:rsidR="00C945C2" w:rsidRPr="00B74068" w14:paraId="37679ADF" w14:textId="77777777">
        <w:trPr>
          <w:jc w:val="center"/>
        </w:trPr>
        <w:tc>
          <w:tcPr>
            <w:tcW w:w="5500" w:type="dxa"/>
          </w:tcPr>
          <w:p w14:paraId="554E51B8"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Supportive Services</w:t>
            </w:r>
          </w:p>
        </w:tc>
        <w:tc>
          <w:tcPr>
            <w:tcW w:w="4500" w:type="dxa"/>
          </w:tcPr>
          <w:p w14:paraId="38A1EF5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udget_Supportive Services"/>
                <w:tag w:val="budget_Supportive Services"/>
                <w:id w:val="1580098844"/>
                <w:text/>
              </w:sdtPr>
              <w:sdtEndPr/>
              <w:sdtContent>
                <w:r w:rsidR="00FB3664" w:rsidRPr="00B74068">
                  <w:rPr>
                    <w:rFonts w:ascii="Calibri" w:hAnsi="Calibri" w:cs="Calibri"/>
                    <w:color w:val="000000" w:themeColor="text1"/>
                    <w:sz w:val="22"/>
                  </w:rPr>
                  <w:t>$</w:t>
                </w:r>
              </w:sdtContent>
            </w:sdt>
          </w:p>
        </w:tc>
      </w:tr>
      <w:tr w:rsidR="00C945C2" w:rsidRPr="00B74068" w14:paraId="6BFF9135" w14:textId="77777777">
        <w:trPr>
          <w:jc w:val="center"/>
        </w:trPr>
        <w:tc>
          <w:tcPr>
            <w:tcW w:w="5500" w:type="dxa"/>
          </w:tcPr>
          <w:p w14:paraId="1CAD34AE"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Operating</w:t>
            </w:r>
          </w:p>
        </w:tc>
        <w:tc>
          <w:tcPr>
            <w:tcW w:w="4500" w:type="dxa"/>
          </w:tcPr>
          <w:p w14:paraId="3BCABE9E"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udget_Operating"/>
                <w:tag w:val="budget_Operating"/>
                <w:id w:val="972720748"/>
                <w:text/>
              </w:sdtPr>
              <w:sdtEndPr/>
              <w:sdtContent>
                <w:r w:rsidR="00FB3664" w:rsidRPr="00B74068">
                  <w:rPr>
                    <w:rFonts w:ascii="Calibri" w:hAnsi="Calibri" w:cs="Calibri"/>
                    <w:color w:val="000000" w:themeColor="text1"/>
                    <w:sz w:val="22"/>
                  </w:rPr>
                  <w:t>$</w:t>
                </w:r>
              </w:sdtContent>
            </w:sdt>
          </w:p>
        </w:tc>
      </w:tr>
      <w:tr w:rsidR="00C945C2" w:rsidRPr="00B74068" w14:paraId="0C99206A" w14:textId="77777777">
        <w:trPr>
          <w:jc w:val="center"/>
        </w:trPr>
        <w:tc>
          <w:tcPr>
            <w:tcW w:w="5500" w:type="dxa"/>
          </w:tcPr>
          <w:p w14:paraId="467287FA"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HMIS</w:t>
            </w:r>
          </w:p>
        </w:tc>
        <w:tc>
          <w:tcPr>
            <w:tcW w:w="4500" w:type="dxa"/>
          </w:tcPr>
          <w:p w14:paraId="32D7670D"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udget_HMIS"/>
                <w:tag w:val="budget_HMIS"/>
                <w:id w:val="-1464033710"/>
                <w:text/>
              </w:sdtPr>
              <w:sdtEndPr/>
              <w:sdtContent>
                <w:r w:rsidR="00FB3664" w:rsidRPr="00B74068">
                  <w:rPr>
                    <w:rFonts w:ascii="Calibri" w:hAnsi="Calibri" w:cs="Calibri"/>
                    <w:color w:val="000000" w:themeColor="text1"/>
                    <w:sz w:val="22"/>
                  </w:rPr>
                  <w:t>$</w:t>
                </w:r>
              </w:sdtContent>
            </w:sdt>
          </w:p>
        </w:tc>
      </w:tr>
      <w:tr w:rsidR="00C945C2" w:rsidRPr="00B74068" w14:paraId="592702C2" w14:textId="77777777">
        <w:trPr>
          <w:jc w:val="center"/>
        </w:trPr>
        <w:tc>
          <w:tcPr>
            <w:tcW w:w="5500" w:type="dxa"/>
          </w:tcPr>
          <w:p w14:paraId="697D28F2"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Administration</w:t>
            </w:r>
          </w:p>
        </w:tc>
        <w:tc>
          <w:tcPr>
            <w:tcW w:w="4500" w:type="dxa"/>
          </w:tcPr>
          <w:p w14:paraId="0198ACBA"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udget_Administration"/>
                <w:tag w:val="budget_Administration"/>
                <w:id w:val="-32810477"/>
                <w:text/>
              </w:sdtPr>
              <w:sdtEndPr/>
              <w:sdtContent>
                <w:r w:rsidR="00FB3664" w:rsidRPr="00B74068">
                  <w:rPr>
                    <w:rFonts w:ascii="Calibri" w:hAnsi="Calibri" w:cs="Calibri"/>
                    <w:color w:val="000000" w:themeColor="text1"/>
                    <w:sz w:val="22"/>
                  </w:rPr>
                  <w:t>$</w:t>
                </w:r>
              </w:sdtContent>
            </w:sdt>
          </w:p>
        </w:tc>
      </w:tr>
      <w:tr w:rsidR="00C945C2" w:rsidRPr="00B74068" w14:paraId="736A51CB" w14:textId="77777777">
        <w:trPr>
          <w:jc w:val="center"/>
        </w:trPr>
        <w:tc>
          <w:tcPr>
            <w:tcW w:w="5500" w:type="dxa"/>
          </w:tcPr>
          <w:p w14:paraId="48A1A63E" w14:textId="77777777" w:rsidR="00C945C2" w:rsidRPr="00B74068" w:rsidRDefault="00FB3664">
            <w:pPr>
              <w:rPr>
                <w:rFonts w:ascii="Calibri" w:hAnsi="Calibri" w:cs="Calibri"/>
                <w:color w:val="000000" w:themeColor="text1"/>
                <w:sz w:val="22"/>
              </w:rPr>
            </w:pPr>
            <w:r w:rsidRPr="00B74068">
              <w:rPr>
                <w:rFonts w:ascii="Calibri" w:hAnsi="Calibri" w:cs="Calibri"/>
                <w:color w:val="000000" w:themeColor="text1"/>
                <w:sz w:val="22"/>
              </w:rPr>
              <w:t>Other, if eligible</w:t>
            </w:r>
          </w:p>
        </w:tc>
        <w:tc>
          <w:tcPr>
            <w:tcW w:w="4500" w:type="dxa"/>
          </w:tcPr>
          <w:p w14:paraId="7C736EB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budget_Other, if eligible"/>
                <w:tag w:val="budget_Other, if eligible"/>
                <w:id w:val="-813553212"/>
                <w:text/>
              </w:sdtPr>
              <w:sdtEndPr/>
              <w:sdtContent>
                <w:r w:rsidR="00FB3664" w:rsidRPr="00B74068">
                  <w:rPr>
                    <w:rFonts w:ascii="Calibri" w:hAnsi="Calibri" w:cs="Calibri"/>
                    <w:color w:val="000000" w:themeColor="text1"/>
                    <w:sz w:val="22"/>
                  </w:rPr>
                  <w:t>$</w:t>
                </w:r>
              </w:sdtContent>
            </w:sdt>
          </w:p>
        </w:tc>
      </w:tr>
    </w:tbl>
    <w:p w14:paraId="0DD542C7" w14:textId="0BF146F0" w:rsidR="00D33277" w:rsidRPr="00D33277" w:rsidRDefault="00FB3664" w:rsidP="00A948D0">
      <w:pPr>
        <w:pStyle w:val="Heading2"/>
        <w:shd w:val="clear" w:color="auto" w:fill="FFFFFF"/>
        <w:spacing w:before="240" w:line="390" w:lineRule="atLeast"/>
        <w:rPr>
          <w:rFonts w:ascii="Roboto" w:eastAsia="Times New Roman" w:hAnsi="Roboto" w:cs="Times New Roman"/>
          <w:color w:val="6E6E6E"/>
          <w:sz w:val="30"/>
          <w:szCs w:val="30"/>
        </w:rPr>
      </w:pPr>
      <w:r w:rsidRPr="00B74068">
        <w:rPr>
          <w:rFonts w:ascii="Calibri" w:hAnsi="Calibri" w:cs="Calibri"/>
          <w:color w:val="000000" w:themeColor="text1"/>
        </w:rPr>
        <w:t>1</w:t>
      </w:r>
      <w:r w:rsidR="00A948D0">
        <w:rPr>
          <w:rFonts w:ascii="Calibri" w:hAnsi="Calibri" w:cs="Calibri"/>
          <w:color w:val="000000" w:themeColor="text1"/>
        </w:rPr>
        <w:t>0</w:t>
      </w:r>
      <w:r w:rsidRPr="00B74068">
        <w:rPr>
          <w:rFonts w:ascii="Calibri" w:hAnsi="Calibri" w:cs="Calibri"/>
          <w:color w:val="000000" w:themeColor="text1"/>
        </w:rPr>
        <w:t>.2 Budget Narrative</w:t>
      </w:r>
    </w:p>
    <w:p w14:paraId="50D0BC53" w14:textId="25B8A81D" w:rsidR="00C945C2" w:rsidRPr="00D33277" w:rsidRDefault="00D33277">
      <w:pPr>
        <w:pStyle w:val="Heading3"/>
        <w:rPr>
          <w:rFonts w:ascii="Calibri" w:hAnsi="Calibri" w:cs="Calibri"/>
          <w:b w:val="0"/>
          <w:bCs w:val="0"/>
          <w:color w:val="000000" w:themeColor="text1"/>
          <w:sz w:val="22"/>
          <w:szCs w:val="26"/>
        </w:rPr>
      </w:pPr>
      <w:r w:rsidRPr="00D33277">
        <w:rPr>
          <w:rFonts w:ascii="Calibri" w:hAnsi="Calibri" w:cs="Calibri"/>
          <w:color w:val="000000" w:themeColor="text1"/>
          <w:sz w:val="22"/>
          <w:szCs w:val="26"/>
        </w:rPr>
        <w:t>Provide detail and justification for the costs of each line item</w:t>
      </w:r>
      <w:r>
        <w:rPr>
          <w:rFonts w:ascii="Calibri" w:hAnsi="Calibri" w:cs="Calibri"/>
          <w:color w:val="000000" w:themeColor="text1"/>
          <w:sz w:val="22"/>
          <w:szCs w:val="26"/>
        </w:rPr>
        <w:t xml:space="preserve"> listed in the budget</w:t>
      </w:r>
      <w:r w:rsidR="00FB3664" w:rsidRPr="00D33277">
        <w:rPr>
          <w:rFonts w:ascii="Calibri" w:hAnsi="Calibri" w:cs="Calibri"/>
          <w:color w:val="000000" w:themeColor="text1"/>
          <w:sz w:val="22"/>
          <w:szCs w:val="26"/>
        </w:rPr>
        <w:t>.</w:t>
      </w:r>
      <w:r>
        <w:rPr>
          <w:rFonts w:ascii="Calibri" w:hAnsi="Calibri" w:cs="Calibri"/>
          <w:color w:val="000000" w:themeColor="text1"/>
          <w:sz w:val="22"/>
          <w:szCs w:val="26"/>
        </w:rPr>
        <w:t xml:space="preserve"> T</w:t>
      </w:r>
      <w:r>
        <w:rPr>
          <w:rFonts w:ascii="Roboto" w:hAnsi="Roboto"/>
          <w:color w:val="000000"/>
          <w:shd w:val="clear" w:color="auto" w:fill="FFFFFF"/>
        </w:rPr>
        <w:t>he budget narrative should explain </w:t>
      </w:r>
      <w:r w:rsidRPr="00D33277">
        <w:rPr>
          <w:rStyle w:val="Strong"/>
          <w:rFonts w:ascii="Roboto" w:hAnsi="Roboto"/>
          <w:b/>
          <w:bCs/>
          <w:color w:val="000000"/>
          <w:shd w:val="clear" w:color="auto" w:fill="FFFFFF"/>
        </w:rPr>
        <w:t>how the costs were estimated and why they are necessary</w:t>
      </w:r>
      <w:r w:rsidRPr="00D33277">
        <w:rPr>
          <w:rFonts w:ascii="Roboto" w:hAnsi="Roboto"/>
          <w:b w:val="0"/>
          <w:bCs w:val="0"/>
          <w:color w:val="000000"/>
          <w:shd w:val="clear" w:color="auto" w:fill="FFFFFF"/>
        </w:rPr>
        <w:t>,</w:t>
      </w:r>
    </w:p>
    <w:tbl>
      <w:tblPr>
        <w:tblStyle w:val="TableGrid"/>
        <w:tblW w:w="0" w:type="auto"/>
        <w:jc w:val="center"/>
        <w:tblLook w:val="04A0" w:firstRow="1" w:lastRow="0" w:firstColumn="1" w:lastColumn="0" w:noHBand="0" w:noVBand="1"/>
      </w:tblPr>
      <w:tblGrid>
        <w:gridCol w:w="10214"/>
      </w:tblGrid>
      <w:tr w:rsidR="00C945C2" w:rsidRPr="00B74068" w14:paraId="0938284F" w14:textId="77777777">
        <w:trPr>
          <w:jc w:val="center"/>
        </w:trPr>
        <w:tc>
          <w:tcPr>
            <w:tcW w:w="10368" w:type="dxa"/>
          </w:tcPr>
          <w:p w14:paraId="72D5A56C"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10.2 Budget Narrative: Explain how the budget was developed and "/>
                <w:tag w:val="10.2 Budget Narrative: Explain how the budget was developed and "/>
                <w:id w:val="-1933495780"/>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r>
            <w:r w:rsidR="00FB3664" w:rsidRPr="00B74068">
              <w:rPr>
                <w:rFonts w:ascii="Calibri" w:hAnsi="Calibri" w:cs="Calibri"/>
                <w:color w:val="000000" w:themeColor="text1"/>
                <w:sz w:val="22"/>
              </w:rPr>
              <w:lastRenderedPageBreak/>
              <w:t xml:space="preserve"> </w:t>
            </w:r>
            <w:r w:rsidR="00FB3664" w:rsidRPr="00B74068">
              <w:rPr>
                <w:rFonts w:ascii="Calibri" w:hAnsi="Calibri" w:cs="Calibri"/>
                <w:color w:val="000000" w:themeColor="text1"/>
                <w:sz w:val="22"/>
              </w:rPr>
              <w:br/>
              <w:t xml:space="preserve"> </w:t>
            </w:r>
          </w:p>
        </w:tc>
      </w:tr>
    </w:tbl>
    <w:p w14:paraId="4A6F0CC8" w14:textId="6F36CE8D" w:rsidR="00C945C2" w:rsidRPr="00B74068" w:rsidRDefault="00FB3664">
      <w:pPr>
        <w:pStyle w:val="Heading2"/>
        <w:rPr>
          <w:rFonts w:ascii="Calibri" w:hAnsi="Calibri" w:cs="Calibri"/>
          <w:color w:val="000000" w:themeColor="text1"/>
          <w:szCs w:val="22"/>
        </w:rPr>
      </w:pPr>
      <w:r w:rsidRPr="00B74068">
        <w:rPr>
          <w:rFonts w:ascii="Calibri" w:hAnsi="Calibri" w:cs="Calibri"/>
          <w:color w:val="000000" w:themeColor="text1"/>
          <w:szCs w:val="22"/>
        </w:rPr>
        <w:lastRenderedPageBreak/>
        <w:t>1</w:t>
      </w:r>
      <w:r w:rsidR="00A948D0">
        <w:rPr>
          <w:rFonts w:ascii="Calibri" w:hAnsi="Calibri" w:cs="Calibri"/>
          <w:color w:val="000000" w:themeColor="text1"/>
          <w:szCs w:val="22"/>
        </w:rPr>
        <w:t>0</w:t>
      </w:r>
      <w:r w:rsidRPr="00B74068">
        <w:rPr>
          <w:rFonts w:ascii="Calibri" w:hAnsi="Calibri" w:cs="Calibri"/>
          <w:color w:val="000000" w:themeColor="text1"/>
          <w:szCs w:val="22"/>
        </w:rPr>
        <w:t>.3 Match</w:t>
      </w:r>
    </w:p>
    <w:tbl>
      <w:tblPr>
        <w:tblStyle w:val="TableGrid"/>
        <w:tblW w:w="0" w:type="auto"/>
        <w:jc w:val="center"/>
        <w:tblLook w:val="04A0" w:firstRow="1" w:lastRow="0" w:firstColumn="1" w:lastColumn="0" w:noHBand="0" w:noVBand="1"/>
      </w:tblPr>
      <w:tblGrid>
        <w:gridCol w:w="3000"/>
        <w:gridCol w:w="2000"/>
        <w:gridCol w:w="2500"/>
        <w:gridCol w:w="2500"/>
      </w:tblGrid>
      <w:tr w:rsidR="00C945C2" w:rsidRPr="00B74068" w14:paraId="425C0367" w14:textId="77777777">
        <w:trPr>
          <w:jc w:val="center"/>
        </w:trPr>
        <w:tc>
          <w:tcPr>
            <w:tcW w:w="3000" w:type="dxa"/>
            <w:shd w:val="clear" w:color="auto" w:fill="EDEAF5"/>
          </w:tcPr>
          <w:p w14:paraId="214A2355"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Match Source</w:t>
            </w:r>
          </w:p>
        </w:tc>
        <w:tc>
          <w:tcPr>
            <w:tcW w:w="2000" w:type="dxa"/>
            <w:shd w:val="clear" w:color="auto" w:fill="EDEAF5"/>
          </w:tcPr>
          <w:p w14:paraId="343A4314"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Cash or In-Kind</w:t>
            </w:r>
          </w:p>
        </w:tc>
        <w:tc>
          <w:tcPr>
            <w:tcW w:w="2500" w:type="dxa"/>
            <w:shd w:val="clear" w:color="auto" w:fill="EDEAF5"/>
          </w:tcPr>
          <w:p w14:paraId="3A2C2FE1"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Amount</w:t>
            </w:r>
          </w:p>
        </w:tc>
        <w:tc>
          <w:tcPr>
            <w:tcW w:w="2500" w:type="dxa"/>
            <w:shd w:val="clear" w:color="auto" w:fill="EDEAF5"/>
          </w:tcPr>
          <w:p w14:paraId="4C35ADDE"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Committed?</w:t>
            </w:r>
          </w:p>
        </w:tc>
      </w:tr>
      <w:tr w:rsidR="00C945C2" w:rsidRPr="00B74068" w14:paraId="41B96DDA" w14:textId="77777777">
        <w:trPr>
          <w:jc w:val="center"/>
        </w:trPr>
        <w:tc>
          <w:tcPr>
            <w:tcW w:w="3000" w:type="dxa"/>
          </w:tcPr>
          <w:p w14:paraId="5EFB5385" w14:textId="56A5088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1_0"/>
                <w:tag w:val="match1_0"/>
                <w:id w:val="-1509441492"/>
                <w:showingPlcHdr/>
                <w:text/>
              </w:sdtPr>
              <w:sdtEndPr/>
              <w:sdtContent>
                <w:r w:rsidR="00EF3C96">
                  <w:rPr>
                    <w:rFonts w:ascii="Calibri" w:hAnsi="Calibri" w:cs="Calibri"/>
                    <w:color w:val="000000" w:themeColor="text1"/>
                    <w:sz w:val="22"/>
                  </w:rPr>
                  <w:t xml:space="preserve">     </w:t>
                </w:r>
              </w:sdtContent>
            </w:sdt>
          </w:p>
        </w:tc>
        <w:tc>
          <w:tcPr>
            <w:tcW w:w="2000" w:type="dxa"/>
          </w:tcPr>
          <w:p w14:paraId="6ABFEBA2"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1_1"/>
                <w:tag w:val="match1_1"/>
                <w:id w:val="-798454270"/>
                <w:text/>
              </w:sdtPr>
              <w:sdtEndPr/>
              <w:sdtContent/>
            </w:sdt>
          </w:p>
        </w:tc>
        <w:tc>
          <w:tcPr>
            <w:tcW w:w="2500" w:type="dxa"/>
          </w:tcPr>
          <w:p w14:paraId="5FBF8948"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1_2"/>
                <w:tag w:val="match1_2"/>
                <w:id w:val="1396081455"/>
                <w:text/>
              </w:sdtPr>
              <w:sdtEndPr/>
              <w:sdtContent/>
            </w:sdt>
          </w:p>
        </w:tc>
        <w:tc>
          <w:tcPr>
            <w:tcW w:w="2500" w:type="dxa"/>
          </w:tcPr>
          <w:p w14:paraId="52026A6B"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1_3"/>
                <w:tag w:val="match1_3"/>
                <w:id w:val="-121849423"/>
                <w:text/>
              </w:sdtPr>
              <w:sdtEndPr/>
              <w:sdtContent/>
            </w:sdt>
          </w:p>
        </w:tc>
      </w:tr>
      <w:tr w:rsidR="00C945C2" w:rsidRPr="00B74068" w14:paraId="09D63462" w14:textId="77777777">
        <w:trPr>
          <w:jc w:val="center"/>
        </w:trPr>
        <w:tc>
          <w:tcPr>
            <w:tcW w:w="3000" w:type="dxa"/>
          </w:tcPr>
          <w:p w14:paraId="01B81C04" w14:textId="1444F71E"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2_0"/>
                <w:tag w:val="match2_0"/>
                <w:id w:val="853695004"/>
                <w:showingPlcHdr/>
                <w:text/>
              </w:sdtPr>
              <w:sdtEndPr/>
              <w:sdtContent>
                <w:r w:rsidR="00EF3C96">
                  <w:rPr>
                    <w:rFonts w:ascii="Calibri" w:hAnsi="Calibri" w:cs="Calibri"/>
                    <w:color w:val="000000" w:themeColor="text1"/>
                    <w:sz w:val="22"/>
                  </w:rPr>
                  <w:t xml:space="preserve">     </w:t>
                </w:r>
              </w:sdtContent>
            </w:sdt>
          </w:p>
        </w:tc>
        <w:tc>
          <w:tcPr>
            <w:tcW w:w="2000" w:type="dxa"/>
          </w:tcPr>
          <w:p w14:paraId="0F17747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2_1"/>
                <w:tag w:val="match2_1"/>
                <w:id w:val="1155572657"/>
                <w:text/>
              </w:sdtPr>
              <w:sdtEndPr/>
              <w:sdtContent/>
            </w:sdt>
          </w:p>
        </w:tc>
        <w:tc>
          <w:tcPr>
            <w:tcW w:w="2500" w:type="dxa"/>
          </w:tcPr>
          <w:p w14:paraId="11DA9BE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2_2"/>
                <w:tag w:val="match2_2"/>
                <w:id w:val="568310627"/>
                <w:text/>
              </w:sdtPr>
              <w:sdtEndPr/>
              <w:sdtContent/>
            </w:sdt>
          </w:p>
        </w:tc>
        <w:tc>
          <w:tcPr>
            <w:tcW w:w="2500" w:type="dxa"/>
          </w:tcPr>
          <w:p w14:paraId="0A9B7B4F"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2_3"/>
                <w:tag w:val="match2_3"/>
                <w:id w:val="862242353"/>
                <w:text/>
              </w:sdtPr>
              <w:sdtEndPr/>
              <w:sdtContent/>
            </w:sdt>
          </w:p>
        </w:tc>
      </w:tr>
      <w:tr w:rsidR="00C945C2" w:rsidRPr="00B74068" w14:paraId="68F79F8B" w14:textId="77777777">
        <w:trPr>
          <w:jc w:val="center"/>
        </w:trPr>
        <w:tc>
          <w:tcPr>
            <w:tcW w:w="3000" w:type="dxa"/>
          </w:tcPr>
          <w:p w14:paraId="79A44D4B" w14:textId="34C8E5BC"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3_0"/>
                <w:tag w:val="match3_0"/>
                <w:id w:val="-1556609438"/>
                <w:showingPlcHdr/>
                <w:text/>
              </w:sdtPr>
              <w:sdtEndPr/>
              <w:sdtContent>
                <w:r w:rsidR="00EF3C96">
                  <w:rPr>
                    <w:rFonts w:ascii="Calibri" w:hAnsi="Calibri" w:cs="Calibri"/>
                    <w:color w:val="000000" w:themeColor="text1"/>
                    <w:sz w:val="22"/>
                  </w:rPr>
                  <w:t xml:space="preserve">     </w:t>
                </w:r>
              </w:sdtContent>
            </w:sdt>
          </w:p>
        </w:tc>
        <w:tc>
          <w:tcPr>
            <w:tcW w:w="2000" w:type="dxa"/>
          </w:tcPr>
          <w:p w14:paraId="2F36313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3_1"/>
                <w:tag w:val="match3_1"/>
                <w:id w:val="781840338"/>
                <w:text/>
              </w:sdtPr>
              <w:sdtEndPr/>
              <w:sdtContent/>
            </w:sdt>
          </w:p>
        </w:tc>
        <w:tc>
          <w:tcPr>
            <w:tcW w:w="2500" w:type="dxa"/>
          </w:tcPr>
          <w:p w14:paraId="4D0A749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3_2"/>
                <w:tag w:val="match3_2"/>
                <w:id w:val="-1318419583"/>
                <w:text/>
              </w:sdtPr>
              <w:sdtEndPr/>
              <w:sdtContent/>
            </w:sdt>
          </w:p>
        </w:tc>
        <w:tc>
          <w:tcPr>
            <w:tcW w:w="2500" w:type="dxa"/>
          </w:tcPr>
          <w:p w14:paraId="25271FB1"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3_3"/>
                <w:tag w:val="match3_3"/>
                <w:id w:val="1049578614"/>
                <w:text/>
              </w:sdtPr>
              <w:sdtEndPr/>
              <w:sdtContent/>
            </w:sdt>
          </w:p>
        </w:tc>
      </w:tr>
      <w:tr w:rsidR="00C945C2" w:rsidRPr="00B74068" w14:paraId="47FE4BB7" w14:textId="77777777">
        <w:trPr>
          <w:jc w:val="center"/>
        </w:trPr>
        <w:tc>
          <w:tcPr>
            <w:tcW w:w="3000" w:type="dxa"/>
          </w:tcPr>
          <w:p w14:paraId="7EB073F4" w14:textId="1A221ABE"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4_0"/>
                <w:tag w:val="match4_0"/>
                <w:id w:val="-1718192018"/>
                <w:showingPlcHdr/>
                <w:text/>
              </w:sdtPr>
              <w:sdtEndPr/>
              <w:sdtContent>
                <w:r w:rsidR="00EF3C96">
                  <w:rPr>
                    <w:rFonts w:ascii="Calibri" w:hAnsi="Calibri" w:cs="Calibri"/>
                    <w:color w:val="000000" w:themeColor="text1"/>
                    <w:sz w:val="22"/>
                  </w:rPr>
                  <w:t xml:space="preserve">     </w:t>
                </w:r>
              </w:sdtContent>
            </w:sdt>
          </w:p>
        </w:tc>
        <w:tc>
          <w:tcPr>
            <w:tcW w:w="2000" w:type="dxa"/>
          </w:tcPr>
          <w:p w14:paraId="525D5D63"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4_1"/>
                <w:tag w:val="match4_1"/>
                <w:id w:val="-2108888463"/>
                <w:text/>
              </w:sdtPr>
              <w:sdtEndPr/>
              <w:sdtContent/>
            </w:sdt>
          </w:p>
        </w:tc>
        <w:tc>
          <w:tcPr>
            <w:tcW w:w="2500" w:type="dxa"/>
          </w:tcPr>
          <w:p w14:paraId="62D481A5"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4_2"/>
                <w:tag w:val="match4_2"/>
                <w:id w:val="1316214495"/>
                <w:text/>
              </w:sdtPr>
              <w:sdtEndPr/>
              <w:sdtContent/>
            </w:sdt>
          </w:p>
        </w:tc>
        <w:tc>
          <w:tcPr>
            <w:tcW w:w="2500" w:type="dxa"/>
          </w:tcPr>
          <w:p w14:paraId="0D7E7940"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match4_3"/>
                <w:tag w:val="match4_3"/>
                <w:id w:val="-1548375456"/>
                <w:text/>
              </w:sdtPr>
              <w:sdtEndPr/>
              <w:sdtContent/>
            </w:sdt>
          </w:p>
        </w:tc>
      </w:tr>
    </w:tbl>
    <w:p w14:paraId="01AB7F8E" w14:textId="62DA2E5B" w:rsidR="00C945C2" w:rsidRPr="00EF3C96" w:rsidRDefault="00FB3664">
      <w:pPr>
        <w:pStyle w:val="Heading3"/>
        <w:rPr>
          <w:rFonts w:ascii="Calibri" w:hAnsi="Calibri" w:cs="Calibri"/>
          <w:b w:val="0"/>
          <w:bCs w:val="0"/>
          <w:color w:val="000000" w:themeColor="text1"/>
          <w:sz w:val="22"/>
        </w:rPr>
      </w:pPr>
      <w:r w:rsidRPr="00B74068">
        <w:rPr>
          <w:rFonts w:ascii="Calibri" w:hAnsi="Calibri" w:cs="Calibri"/>
          <w:color w:val="000000" w:themeColor="text1"/>
          <w:sz w:val="22"/>
        </w:rPr>
        <w:t>Describe the match source and how it will support the project.</w:t>
      </w:r>
      <w:r w:rsidR="00EF3C96">
        <w:rPr>
          <w:rFonts w:ascii="Calibri" w:hAnsi="Calibri" w:cs="Calibri"/>
          <w:color w:val="000000" w:themeColor="text1"/>
          <w:sz w:val="22"/>
        </w:rPr>
        <w:t xml:space="preserve"> </w:t>
      </w:r>
      <w:r w:rsidR="00EF3C96">
        <w:rPr>
          <w:rFonts w:ascii="Calibri" w:hAnsi="Calibri" w:cs="Calibri"/>
          <w:b w:val="0"/>
          <w:bCs w:val="0"/>
          <w:color w:val="000000" w:themeColor="text1"/>
          <w:sz w:val="22"/>
        </w:rPr>
        <w:t>Note that cash or in-kind match must be for items that would be eligible for funding in the CoC Grant program.</w:t>
      </w:r>
    </w:p>
    <w:tbl>
      <w:tblPr>
        <w:tblStyle w:val="TableGrid"/>
        <w:tblW w:w="0" w:type="auto"/>
        <w:jc w:val="center"/>
        <w:tblLook w:val="04A0" w:firstRow="1" w:lastRow="0" w:firstColumn="1" w:lastColumn="0" w:noHBand="0" w:noVBand="1"/>
      </w:tblPr>
      <w:tblGrid>
        <w:gridCol w:w="10214"/>
      </w:tblGrid>
      <w:tr w:rsidR="00C945C2" w:rsidRPr="00B74068" w14:paraId="2DEDEAAE" w14:textId="77777777">
        <w:trPr>
          <w:jc w:val="center"/>
        </w:trPr>
        <w:tc>
          <w:tcPr>
            <w:tcW w:w="10368" w:type="dxa"/>
          </w:tcPr>
          <w:p w14:paraId="2B49166C"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Describe the match source and how it will support the project."/>
                <w:tag w:val="Describe the match source and how it will support the project."/>
                <w:id w:val="1958208061"/>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1B50DD98" w14:textId="7D14958E" w:rsidR="00C945C2" w:rsidRPr="00B74068" w:rsidRDefault="00FB3664">
      <w:pPr>
        <w:pStyle w:val="Heading3"/>
        <w:rPr>
          <w:rFonts w:ascii="Calibri" w:hAnsi="Calibri" w:cs="Calibri"/>
          <w:color w:val="000000" w:themeColor="text1"/>
          <w:sz w:val="22"/>
        </w:rPr>
      </w:pPr>
      <w:r w:rsidRPr="00B74068">
        <w:rPr>
          <w:rFonts w:ascii="Calibri" w:hAnsi="Calibri" w:cs="Calibri"/>
          <w:color w:val="000000" w:themeColor="text1"/>
          <w:sz w:val="22"/>
        </w:rPr>
        <w:t>1</w:t>
      </w:r>
      <w:r w:rsidR="00A948D0">
        <w:rPr>
          <w:rFonts w:ascii="Calibri" w:hAnsi="Calibri" w:cs="Calibri"/>
          <w:color w:val="000000" w:themeColor="text1"/>
          <w:sz w:val="22"/>
        </w:rPr>
        <w:t>0</w:t>
      </w:r>
      <w:r w:rsidRPr="00B74068">
        <w:rPr>
          <w:rFonts w:ascii="Calibri" w:hAnsi="Calibri" w:cs="Calibri"/>
          <w:color w:val="000000" w:themeColor="text1"/>
          <w:sz w:val="22"/>
        </w:rPr>
        <w:t>.4 Leverage / Additional Resources: Describe any additional resources supporting the project that are not part of the HUD request.</w:t>
      </w:r>
    </w:p>
    <w:tbl>
      <w:tblPr>
        <w:tblStyle w:val="TableGrid"/>
        <w:tblW w:w="0" w:type="auto"/>
        <w:jc w:val="center"/>
        <w:tblLook w:val="04A0" w:firstRow="1" w:lastRow="0" w:firstColumn="1" w:lastColumn="0" w:noHBand="0" w:noVBand="1"/>
      </w:tblPr>
      <w:tblGrid>
        <w:gridCol w:w="10214"/>
      </w:tblGrid>
      <w:tr w:rsidR="00C945C2" w:rsidRPr="00B74068" w14:paraId="4679768E" w14:textId="77777777">
        <w:trPr>
          <w:jc w:val="center"/>
        </w:trPr>
        <w:tc>
          <w:tcPr>
            <w:tcW w:w="10368" w:type="dxa"/>
          </w:tcPr>
          <w:p w14:paraId="0851D588"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10.4 Leverage / Additional Resources: Describe any additional re"/>
                <w:tag w:val="10.4 Leverage / Additional Resources: Describe any additional re"/>
                <w:id w:val="-1283657177"/>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2D844AF2" w14:textId="72875C9F" w:rsidR="00E4373C" w:rsidRDefault="00E4373C" w:rsidP="00E4373C">
      <w:pPr>
        <w:spacing w:before="100" w:beforeAutospacing="1" w:after="0"/>
        <w:rPr>
          <w:rFonts w:ascii="Calibri" w:hAnsi="Calibri" w:cs="Calibri"/>
          <w:b/>
          <w:bCs/>
          <w:color w:val="000000" w:themeColor="text1"/>
          <w:sz w:val="22"/>
        </w:rPr>
      </w:pPr>
      <w:r w:rsidRPr="00E4373C">
        <w:rPr>
          <w:rFonts w:ascii="Calibri" w:hAnsi="Calibri" w:cs="Calibri"/>
          <w:b/>
          <w:bCs/>
          <w:color w:val="000000" w:themeColor="text1"/>
          <w:sz w:val="22"/>
        </w:rPr>
        <w:t>*Attachment Requirement</w:t>
      </w:r>
    </w:p>
    <w:p w14:paraId="4DF92E0E" w14:textId="3125FA1C" w:rsidR="00E4373C" w:rsidRPr="00E4373C" w:rsidRDefault="00E4373C" w:rsidP="00E4373C">
      <w:pPr>
        <w:pStyle w:val="ListParagraph"/>
        <w:numPr>
          <w:ilvl w:val="0"/>
          <w:numId w:val="13"/>
        </w:numPr>
        <w:spacing w:after="0"/>
        <w:rPr>
          <w:rFonts w:ascii="Calibri" w:hAnsi="Calibri" w:cs="Calibri"/>
          <w:color w:val="000000" w:themeColor="text1"/>
          <w:sz w:val="22"/>
        </w:rPr>
      </w:pPr>
      <w:r w:rsidRPr="00E4373C">
        <w:rPr>
          <w:rFonts w:ascii="Calibri" w:hAnsi="Calibri" w:cs="Calibri"/>
          <w:color w:val="000000" w:themeColor="text1"/>
          <w:sz w:val="22"/>
        </w:rPr>
        <w:t>Documentation verifying match commitments</w:t>
      </w:r>
    </w:p>
    <w:p w14:paraId="1279C4CC" w14:textId="7DAC43F5" w:rsidR="00E4373C" w:rsidRPr="00E4373C" w:rsidRDefault="00E4373C" w:rsidP="00E4373C">
      <w:pPr>
        <w:pStyle w:val="ListParagraph"/>
        <w:numPr>
          <w:ilvl w:val="0"/>
          <w:numId w:val="13"/>
        </w:numPr>
        <w:spacing w:before="100" w:beforeAutospacing="1" w:after="0"/>
        <w:rPr>
          <w:rFonts w:ascii="Calibri" w:hAnsi="Calibri" w:cs="Calibri"/>
          <w:color w:val="000000" w:themeColor="text1"/>
          <w:sz w:val="22"/>
        </w:rPr>
      </w:pPr>
      <w:r w:rsidRPr="00E4373C">
        <w:rPr>
          <w:rFonts w:ascii="Calibri" w:hAnsi="Calibri" w:cs="Calibri"/>
          <w:color w:val="000000" w:themeColor="text1"/>
          <w:sz w:val="22"/>
        </w:rPr>
        <w:t>Documentation of partnerships providing leverage</w:t>
      </w:r>
    </w:p>
    <w:p w14:paraId="3CC60F9C" w14:textId="465A31FA" w:rsidR="00C945C2" w:rsidRPr="00B74068" w:rsidRDefault="00FB3664" w:rsidP="003A49A5">
      <w:pPr>
        <w:pStyle w:val="Heading1"/>
        <w:shd w:val="clear" w:color="auto" w:fill="B8CCE4" w:themeFill="accent1" w:themeFillTint="66"/>
        <w:spacing w:before="360"/>
        <w:rPr>
          <w:rFonts w:ascii="Calibri" w:hAnsi="Calibri" w:cs="Calibri"/>
          <w:color w:val="000000" w:themeColor="text1"/>
          <w:sz w:val="22"/>
          <w:szCs w:val="22"/>
        </w:rPr>
      </w:pPr>
      <w:r w:rsidRPr="00B74068">
        <w:rPr>
          <w:rFonts w:ascii="Calibri" w:hAnsi="Calibri" w:cs="Calibri"/>
          <w:color w:val="000000" w:themeColor="text1"/>
          <w:sz w:val="22"/>
          <w:szCs w:val="22"/>
        </w:rPr>
        <w:t>Section 1</w:t>
      </w:r>
      <w:r w:rsidR="00A948D0">
        <w:rPr>
          <w:rFonts w:ascii="Calibri" w:hAnsi="Calibri" w:cs="Calibri"/>
          <w:color w:val="000000" w:themeColor="text1"/>
          <w:sz w:val="22"/>
          <w:szCs w:val="22"/>
        </w:rPr>
        <w:t>1</w:t>
      </w:r>
      <w:r w:rsidRPr="00B74068">
        <w:rPr>
          <w:rFonts w:ascii="Calibri" w:hAnsi="Calibri" w:cs="Calibri"/>
          <w:color w:val="000000" w:themeColor="text1"/>
          <w:sz w:val="22"/>
          <w:szCs w:val="22"/>
        </w:rPr>
        <w:t xml:space="preserve"> - Readiness to Implement</w:t>
      </w:r>
    </w:p>
    <w:p w14:paraId="1551AE57" w14:textId="404F3D1D" w:rsidR="00C945C2" w:rsidRPr="00B74068" w:rsidRDefault="00FB3664">
      <w:pPr>
        <w:pStyle w:val="Heading3"/>
        <w:rPr>
          <w:rFonts w:ascii="Calibri" w:hAnsi="Calibri" w:cs="Calibri"/>
          <w:color w:val="000000" w:themeColor="text1"/>
          <w:sz w:val="22"/>
        </w:rPr>
      </w:pPr>
      <w:r w:rsidRPr="00B74068">
        <w:rPr>
          <w:rFonts w:ascii="Calibri" w:hAnsi="Calibri" w:cs="Calibri"/>
          <w:color w:val="000000" w:themeColor="text1"/>
          <w:sz w:val="22"/>
        </w:rPr>
        <w:t>1</w:t>
      </w:r>
      <w:r w:rsidR="00A948D0">
        <w:rPr>
          <w:rFonts w:ascii="Calibri" w:hAnsi="Calibri" w:cs="Calibri"/>
          <w:color w:val="000000" w:themeColor="text1"/>
          <w:sz w:val="22"/>
        </w:rPr>
        <w:t>1</w:t>
      </w:r>
      <w:r w:rsidRPr="00B74068">
        <w:rPr>
          <w:rFonts w:ascii="Calibri" w:hAnsi="Calibri" w:cs="Calibri"/>
          <w:color w:val="000000" w:themeColor="text1"/>
          <w:sz w:val="22"/>
        </w:rPr>
        <w:t>.1 Start-Up Timeline: If awarded, when could the project begin serving participants?</w:t>
      </w:r>
    </w:p>
    <w:tbl>
      <w:tblPr>
        <w:tblStyle w:val="TableGrid"/>
        <w:tblW w:w="0" w:type="auto"/>
        <w:jc w:val="center"/>
        <w:tblLook w:val="04A0" w:firstRow="1" w:lastRow="0" w:firstColumn="1" w:lastColumn="0" w:noHBand="0" w:noVBand="1"/>
      </w:tblPr>
      <w:tblGrid>
        <w:gridCol w:w="10214"/>
      </w:tblGrid>
      <w:tr w:rsidR="00C945C2" w:rsidRPr="00B74068" w14:paraId="20D30C87" w14:textId="77777777">
        <w:trPr>
          <w:jc w:val="center"/>
        </w:trPr>
        <w:tc>
          <w:tcPr>
            <w:tcW w:w="10368" w:type="dxa"/>
          </w:tcPr>
          <w:p w14:paraId="7999EAD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11.1 Start-Up Timeline: If awarded, when could the project begin"/>
                <w:tag w:val="11.1 Start-Up Timeline: If awarded, when could the project begin"/>
                <w:id w:val="707926216"/>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5B946963" w14:textId="00EC0DB2" w:rsidR="00C945C2" w:rsidRPr="00B74068" w:rsidRDefault="00FB3664">
      <w:pPr>
        <w:pStyle w:val="Heading3"/>
        <w:rPr>
          <w:rFonts w:ascii="Calibri" w:hAnsi="Calibri" w:cs="Calibri"/>
          <w:color w:val="000000" w:themeColor="text1"/>
          <w:sz w:val="22"/>
        </w:rPr>
      </w:pPr>
      <w:r w:rsidRPr="00B74068">
        <w:rPr>
          <w:rFonts w:ascii="Calibri" w:hAnsi="Calibri" w:cs="Calibri"/>
          <w:color w:val="000000" w:themeColor="text1"/>
          <w:sz w:val="22"/>
        </w:rPr>
        <w:t>1</w:t>
      </w:r>
      <w:r w:rsidR="00A948D0">
        <w:rPr>
          <w:rFonts w:ascii="Calibri" w:hAnsi="Calibri" w:cs="Calibri"/>
          <w:color w:val="000000" w:themeColor="text1"/>
          <w:sz w:val="22"/>
        </w:rPr>
        <w:t>1</w:t>
      </w:r>
      <w:r w:rsidRPr="00B74068">
        <w:rPr>
          <w:rFonts w:ascii="Calibri" w:hAnsi="Calibri" w:cs="Calibri"/>
          <w:color w:val="000000" w:themeColor="text1"/>
          <w:sz w:val="22"/>
        </w:rPr>
        <w:t>.2 Staffing Readiness: Describe current staffing capacity and any positions that would need to be hired.</w:t>
      </w:r>
    </w:p>
    <w:tbl>
      <w:tblPr>
        <w:tblStyle w:val="TableGrid"/>
        <w:tblW w:w="0" w:type="auto"/>
        <w:jc w:val="center"/>
        <w:tblLook w:val="04A0" w:firstRow="1" w:lastRow="0" w:firstColumn="1" w:lastColumn="0" w:noHBand="0" w:noVBand="1"/>
      </w:tblPr>
      <w:tblGrid>
        <w:gridCol w:w="10214"/>
      </w:tblGrid>
      <w:tr w:rsidR="00C945C2" w:rsidRPr="00B74068" w14:paraId="63D4AB40" w14:textId="77777777">
        <w:trPr>
          <w:jc w:val="center"/>
        </w:trPr>
        <w:tc>
          <w:tcPr>
            <w:tcW w:w="10368" w:type="dxa"/>
          </w:tcPr>
          <w:p w14:paraId="679BECB4"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11.2 Staffing Readiness: Describe current staffing capacity and "/>
                <w:tag w:val="11.2 Staffing Readiness: Describe current staffing capacity and "/>
                <w:id w:val="205839229"/>
                <w:text/>
              </w:sdtPr>
              <w:sdtEndPr/>
              <w:sdtContent>
                <w:r w:rsidR="00FB3664" w:rsidRPr="00B74068">
                  <w:rPr>
                    <w:rFonts w:ascii="Calibri" w:hAnsi="Calibri" w:cs="Calibri"/>
                    <w:color w:val="000000" w:themeColor="text1"/>
                    <w:sz w:val="22"/>
                  </w:rPr>
                  <w:t>Type response here.</w:t>
                </w:r>
              </w:sdtContent>
            </w:sdt>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r w:rsidR="00FB3664" w:rsidRPr="00B74068">
              <w:rPr>
                <w:rFonts w:ascii="Calibri" w:hAnsi="Calibri" w:cs="Calibri"/>
                <w:color w:val="000000" w:themeColor="text1"/>
                <w:sz w:val="22"/>
              </w:rPr>
              <w:br/>
              <w:t xml:space="preserve"> </w:t>
            </w:r>
          </w:p>
        </w:tc>
      </w:tr>
    </w:tbl>
    <w:p w14:paraId="0A75D360" w14:textId="77777777" w:rsidR="003A49A5" w:rsidRDefault="003A49A5" w:rsidP="003A49A5">
      <w:pPr>
        <w:pStyle w:val="Heading1"/>
        <w:rPr>
          <w:rFonts w:ascii="Calibri" w:hAnsi="Calibri" w:cs="Calibri"/>
          <w:color w:val="000000" w:themeColor="text1"/>
          <w:sz w:val="22"/>
          <w:szCs w:val="22"/>
        </w:rPr>
      </w:pPr>
    </w:p>
    <w:p w14:paraId="1ACC685E" w14:textId="77777777" w:rsidR="003A49A5" w:rsidRDefault="003A49A5">
      <w:pPr>
        <w:rPr>
          <w:rFonts w:ascii="Calibri" w:eastAsiaTheme="majorEastAsia" w:hAnsi="Calibri" w:cs="Calibri"/>
          <w:b/>
          <w:bCs/>
          <w:color w:val="000000" w:themeColor="text1"/>
          <w:sz w:val="22"/>
        </w:rPr>
      </w:pPr>
      <w:r>
        <w:rPr>
          <w:rFonts w:ascii="Calibri" w:hAnsi="Calibri" w:cs="Calibri"/>
          <w:color w:val="000000" w:themeColor="text1"/>
          <w:sz w:val="22"/>
        </w:rPr>
        <w:br w:type="page"/>
      </w:r>
    </w:p>
    <w:p w14:paraId="6C223453" w14:textId="653AC60A" w:rsidR="00DE6257" w:rsidRDefault="00DE6257" w:rsidP="003A49A5">
      <w:pPr>
        <w:pStyle w:val="Heading1"/>
        <w:shd w:val="clear" w:color="auto" w:fill="B8CCE4" w:themeFill="accent1" w:themeFillTint="66"/>
        <w:rPr>
          <w:rFonts w:ascii="Calibri" w:hAnsi="Calibri" w:cs="Calibri"/>
          <w:color w:val="000000" w:themeColor="text1"/>
          <w:sz w:val="22"/>
          <w:szCs w:val="22"/>
        </w:rPr>
      </w:pPr>
      <w:r w:rsidRPr="00B74068">
        <w:rPr>
          <w:rFonts w:ascii="Calibri" w:hAnsi="Calibri" w:cs="Calibri"/>
          <w:color w:val="000000" w:themeColor="text1"/>
          <w:sz w:val="22"/>
          <w:szCs w:val="22"/>
        </w:rPr>
        <w:lastRenderedPageBreak/>
        <w:t>Required Attachments</w:t>
      </w:r>
    </w:p>
    <w:p w14:paraId="773E4956" w14:textId="77777777" w:rsidR="00DE6257" w:rsidRPr="00A948D0" w:rsidRDefault="00DE6257" w:rsidP="00DE6257">
      <w:pPr>
        <w:pStyle w:val="Heading1"/>
        <w:spacing w:before="0"/>
        <w:rPr>
          <w:rFonts w:ascii="Calibri" w:hAnsi="Calibri" w:cs="Calibri"/>
          <w:color w:val="000000" w:themeColor="text1"/>
          <w:sz w:val="22"/>
          <w:szCs w:val="22"/>
        </w:rPr>
      </w:pPr>
    </w:p>
    <w:tbl>
      <w:tblPr>
        <w:tblStyle w:val="TableGrid"/>
        <w:tblW w:w="0" w:type="auto"/>
        <w:jc w:val="center"/>
        <w:tblLook w:val="04A0" w:firstRow="1" w:lastRow="0" w:firstColumn="1" w:lastColumn="0" w:noHBand="0" w:noVBand="1"/>
      </w:tblPr>
      <w:tblGrid>
        <w:gridCol w:w="5200"/>
        <w:gridCol w:w="3300"/>
        <w:gridCol w:w="1500"/>
      </w:tblGrid>
      <w:tr w:rsidR="00DE6257" w:rsidRPr="00B74068" w14:paraId="6EF288A3" w14:textId="77777777" w:rsidTr="00CE458B">
        <w:trPr>
          <w:jc w:val="center"/>
        </w:trPr>
        <w:tc>
          <w:tcPr>
            <w:tcW w:w="5200" w:type="dxa"/>
            <w:shd w:val="clear" w:color="auto" w:fill="DBE5F1" w:themeFill="accent1" w:themeFillTint="33"/>
          </w:tcPr>
          <w:p w14:paraId="2B906BBE" w14:textId="77777777" w:rsidR="00DE6257" w:rsidRPr="00B74068" w:rsidRDefault="00DE6257" w:rsidP="0028204C">
            <w:pPr>
              <w:rPr>
                <w:rFonts w:ascii="Calibri" w:hAnsi="Calibri" w:cs="Calibri"/>
                <w:color w:val="000000" w:themeColor="text1"/>
                <w:sz w:val="22"/>
              </w:rPr>
            </w:pPr>
            <w:r w:rsidRPr="00B74068">
              <w:rPr>
                <w:rFonts w:ascii="Calibri" w:hAnsi="Calibri" w:cs="Calibri"/>
                <w:b/>
                <w:color w:val="000000" w:themeColor="text1"/>
                <w:sz w:val="22"/>
              </w:rPr>
              <w:t>Required Attachment</w:t>
            </w:r>
          </w:p>
        </w:tc>
        <w:tc>
          <w:tcPr>
            <w:tcW w:w="3300" w:type="dxa"/>
            <w:shd w:val="clear" w:color="auto" w:fill="DBE5F1" w:themeFill="accent1" w:themeFillTint="33"/>
          </w:tcPr>
          <w:p w14:paraId="5E822978" w14:textId="77777777" w:rsidR="00DE6257" w:rsidRPr="00B74068" w:rsidRDefault="00DE6257" w:rsidP="0028204C">
            <w:pPr>
              <w:rPr>
                <w:rFonts w:ascii="Calibri" w:hAnsi="Calibri" w:cs="Calibri"/>
                <w:color w:val="000000" w:themeColor="text1"/>
                <w:sz w:val="22"/>
              </w:rPr>
            </w:pPr>
            <w:r w:rsidRPr="00B74068">
              <w:rPr>
                <w:rFonts w:ascii="Calibri" w:hAnsi="Calibri" w:cs="Calibri"/>
                <w:b/>
                <w:color w:val="000000" w:themeColor="text1"/>
                <w:sz w:val="22"/>
              </w:rPr>
              <w:t>Applies To</w:t>
            </w:r>
          </w:p>
        </w:tc>
        <w:tc>
          <w:tcPr>
            <w:tcW w:w="1500" w:type="dxa"/>
            <w:shd w:val="clear" w:color="auto" w:fill="DBE5F1" w:themeFill="accent1" w:themeFillTint="33"/>
          </w:tcPr>
          <w:p w14:paraId="427DCB71" w14:textId="77777777" w:rsidR="00DE6257" w:rsidRPr="00B74068" w:rsidRDefault="00DE6257" w:rsidP="0028204C">
            <w:pPr>
              <w:rPr>
                <w:rFonts w:ascii="Calibri" w:hAnsi="Calibri" w:cs="Calibri"/>
                <w:color w:val="000000" w:themeColor="text1"/>
                <w:sz w:val="22"/>
              </w:rPr>
            </w:pPr>
            <w:r w:rsidRPr="00B74068">
              <w:rPr>
                <w:rFonts w:ascii="Calibri" w:hAnsi="Calibri" w:cs="Calibri"/>
                <w:b/>
                <w:color w:val="000000" w:themeColor="text1"/>
                <w:sz w:val="22"/>
              </w:rPr>
              <w:t>Submitted?</w:t>
            </w:r>
          </w:p>
        </w:tc>
      </w:tr>
      <w:tr w:rsidR="00DE6257" w:rsidRPr="00B74068" w14:paraId="59CA6587" w14:textId="77777777" w:rsidTr="0028204C">
        <w:trPr>
          <w:jc w:val="center"/>
        </w:trPr>
        <w:tc>
          <w:tcPr>
            <w:tcW w:w="5200" w:type="dxa"/>
          </w:tcPr>
          <w:p w14:paraId="6970C634"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SAM.gov / UEI confirmation</w:t>
            </w:r>
          </w:p>
        </w:tc>
        <w:tc>
          <w:tcPr>
            <w:tcW w:w="3300" w:type="dxa"/>
          </w:tcPr>
          <w:p w14:paraId="2670B5CC"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All new projects</w:t>
            </w:r>
          </w:p>
        </w:tc>
        <w:tc>
          <w:tcPr>
            <w:tcW w:w="1500" w:type="dxa"/>
          </w:tcPr>
          <w:p w14:paraId="4CFB2515" w14:textId="77777777" w:rsidR="00DE6257" w:rsidRDefault="00CE458B" w:rsidP="0028204C">
            <w:pPr>
              <w:rPr>
                <w:rFonts w:ascii="Calibri" w:hAnsi="Calibri" w:cs="Calibri"/>
                <w:color w:val="000000" w:themeColor="text1"/>
                <w:sz w:val="22"/>
              </w:rPr>
            </w:pPr>
            <w:sdt>
              <w:sdtPr>
                <w:rPr>
                  <w:rFonts w:ascii="Calibri" w:hAnsi="Calibri" w:cs="Calibri"/>
                  <w:color w:val="000000" w:themeColor="text1"/>
                  <w:sz w:val="22"/>
                </w:rPr>
                <w:alias w:val=""/>
                <w:tag w:val="att_4"/>
                <w:id w:val="938027813"/>
                <w14:checkbox>
                  <w14:checked w14:val="0"/>
                  <w14:checkedState w14:val="2612" w14:font="MS Gothic"/>
                  <w14:uncheckedState w14:val="2610" w14:font="MS Gothic"/>
                </w14:checkbox>
              </w:sdtPr>
              <w:sdtEndPr/>
              <w:sdtContent>
                <w:r w:rsidR="00DE6257" w:rsidRPr="00B74068">
                  <w:rPr>
                    <w:rFonts w:ascii="Segoe UI Symbol" w:eastAsia="MS Gothic" w:hAnsi="Segoe UI Symbol" w:cs="Segoe UI Symbol"/>
                    <w:color w:val="000000" w:themeColor="text1"/>
                    <w:sz w:val="22"/>
                  </w:rPr>
                  <w:t>☐</w:t>
                </w:r>
              </w:sdtContent>
            </w:sdt>
            <w:r w:rsidR="00DE6257" w:rsidRPr="00B74068">
              <w:rPr>
                <w:rFonts w:ascii="Calibri" w:hAnsi="Calibri" w:cs="Calibri"/>
                <w:color w:val="000000" w:themeColor="text1"/>
                <w:sz w:val="22"/>
              </w:rPr>
              <w:t xml:space="preserve">     </w:t>
            </w:r>
          </w:p>
        </w:tc>
      </w:tr>
      <w:tr w:rsidR="00DE6257" w:rsidRPr="00B74068" w14:paraId="251F94CC" w14:textId="77777777" w:rsidTr="0028204C">
        <w:trPr>
          <w:jc w:val="center"/>
        </w:trPr>
        <w:tc>
          <w:tcPr>
            <w:tcW w:w="5200" w:type="dxa"/>
          </w:tcPr>
          <w:p w14:paraId="44A5D026"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Applicant eligibility documentation</w:t>
            </w:r>
            <w:r>
              <w:rPr>
                <w:rFonts w:ascii="Calibri" w:hAnsi="Calibri" w:cs="Calibri"/>
                <w:color w:val="000000" w:themeColor="text1"/>
                <w:sz w:val="22"/>
              </w:rPr>
              <w:t xml:space="preserve"> (documentation of non-profit status)</w:t>
            </w:r>
          </w:p>
        </w:tc>
        <w:tc>
          <w:tcPr>
            <w:tcW w:w="3300" w:type="dxa"/>
          </w:tcPr>
          <w:p w14:paraId="282F0F0F"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All new projects</w:t>
            </w:r>
          </w:p>
        </w:tc>
        <w:tc>
          <w:tcPr>
            <w:tcW w:w="1500" w:type="dxa"/>
          </w:tcPr>
          <w:p w14:paraId="30617057" w14:textId="77777777" w:rsidR="00DE6257"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
                <w:tag w:val="att_5"/>
                <w:id w:val="190180855"/>
                <w14:checkbox>
                  <w14:checked w14:val="0"/>
                  <w14:checkedState w14:val="2612" w14:font="MS Gothic"/>
                  <w14:uncheckedState w14:val="2610" w14:font="MS Gothic"/>
                </w14:checkbox>
              </w:sdtPr>
              <w:sdtEndPr/>
              <w:sdtContent>
                <w:r w:rsidR="00DE6257" w:rsidRPr="00B74068">
                  <w:rPr>
                    <w:rFonts w:ascii="Segoe UI Symbol" w:eastAsia="MS Gothic" w:hAnsi="Segoe UI Symbol" w:cs="Segoe UI Symbol"/>
                    <w:color w:val="000000" w:themeColor="text1"/>
                    <w:sz w:val="22"/>
                  </w:rPr>
                  <w:t>☐</w:t>
                </w:r>
              </w:sdtContent>
            </w:sdt>
            <w:r w:rsidR="00DE6257" w:rsidRPr="00B74068">
              <w:rPr>
                <w:rFonts w:ascii="Calibri" w:hAnsi="Calibri" w:cs="Calibri"/>
                <w:color w:val="000000" w:themeColor="text1"/>
                <w:sz w:val="22"/>
              </w:rPr>
              <w:t xml:space="preserve">     </w:t>
            </w:r>
          </w:p>
        </w:tc>
      </w:tr>
      <w:tr w:rsidR="00DE6257" w:rsidRPr="00B74068" w14:paraId="71FDB168" w14:textId="77777777" w:rsidTr="0028204C">
        <w:trPr>
          <w:jc w:val="center"/>
        </w:trPr>
        <w:tc>
          <w:tcPr>
            <w:tcW w:w="5200" w:type="dxa"/>
          </w:tcPr>
          <w:p w14:paraId="479C0BC2"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Most recent audit or financial statement</w:t>
            </w:r>
          </w:p>
        </w:tc>
        <w:tc>
          <w:tcPr>
            <w:tcW w:w="3300" w:type="dxa"/>
          </w:tcPr>
          <w:p w14:paraId="487BED6A" w14:textId="03C8825C"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All new projects</w:t>
            </w:r>
          </w:p>
        </w:tc>
        <w:tc>
          <w:tcPr>
            <w:tcW w:w="1500" w:type="dxa"/>
          </w:tcPr>
          <w:p w14:paraId="554FD07A" w14:textId="77777777" w:rsidR="00DE6257" w:rsidRDefault="00CE458B" w:rsidP="0028204C">
            <w:pPr>
              <w:rPr>
                <w:rFonts w:ascii="Calibri" w:hAnsi="Calibri" w:cs="Calibri"/>
                <w:color w:val="000000" w:themeColor="text1"/>
                <w:sz w:val="22"/>
              </w:rPr>
            </w:pPr>
            <w:sdt>
              <w:sdtPr>
                <w:rPr>
                  <w:rFonts w:ascii="Calibri" w:hAnsi="Calibri" w:cs="Calibri"/>
                  <w:color w:val="000000" w:themeColor="text1"/>
                  <w:sz w:val="22"/>
                </w:rPr>
                <w:alias w:val=""/>
                <w:tag w:val="att_6"/>
                <w:id w:val="992038406"/>
                <w14:checkbox>
                  <w14:checked w14:val="0"/>
                  <w14:checkedState w14:val="2612" w14:font="MS Gothic"/>
                  <w14:uncheckedState w14:val="2610" w14:font="MS Gothic"/>
                </w14:checkbox>
              </w:sdtPr>
              <w:sdtEndPr/>
              <w:sdtContent>
                <w:r w:rsidR="00DE6257" w:rsidRPr="00B74068">
                  <w:rPr>
                    <w:rFonts w:ascii="Segoe UI Symbol" w:eastAsia="MS Gothic" w:hAnsi="Segoe UI Symbol" w:cs="Segoe UI Symbol"/>
                    <w:color w:val="000000" w:themeColor="text1"/>
                    <w:sz w:val="22"/>
                  </w:rPr>
                  <w:t>☐</w:t>
                </w:r>
              </w:sdtContent>
            </w:sdt>
            <w:r w:rsidR="00DE6257" w:rsidRPr="00B74068">
              <w:rPr>
                <w:rFonts w:ascii="Calibri" w:hAnsi="Calibri" w:cs="Calibri"/>
                <w:color w:val="000000" w:themeColor="text1"/>
                <w:sz w:val="22"/>
              </w:rPr>
              <w:t xml:space="preserve">     </w:t>
            </w:r>
          </w:p>
        </w:tc>
      </w:tr>
      <w:tr w:rsidR="00DE6257" w:rsidRPr="00B74068" w14:paraId="3278D77B" w14:textId="77777777" w:rsidTr="0028204C">
        <w:trPr>
          <w:jc w:val="center"/>
        </w:trPr>
        <w:tc>
          <w:tcPr>
            <w:tcW w:w="5200" w:type="dxa"/>
          </w:tcPr>
          <w:p w14:paraId="2C8BE1DC"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Draft participant/service/occupancy/lease addendum language</w:t>
            </w:r>
          </w:p>
        </w:tc>
        <w:tc>
          <w:tcPr>
            <w:tcW w:w="3300" w:type="dxa"/>
          </w:tcPr>
          <w:p w14:paraId="0D649129"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Housing projects</w:t>
            </w:r>
          </w:p>
        </w:tc>
        <w:tc>
          <w:tcPr>
            <w:tcW w:w="1500" w:type="dxa"/>
          </w:tcPr>
          <w:p w14:paraId="66219C5F" w14:textId="77777777" w:rsidR="00DE6257" w:rsidRDefault="00CE458B" w:rsidP="0028204C">
            <w:pPr>
              <w:rPr>
                <w:rFonts w:ascii="Calibri" w:hAnsi="Calibri" w:cs="Calibri"/>
                <w:color w:val="000000" w:themeColor="text1"/>
                <w:sz w:val="22"/>
              </w:rPr>
            </w:pPr>
            <w:sdt>
              <w:sdtPr>
                <w:rPr>
                  <w:rFonts w:ascii="Calibri" w:hAnsi="Calibri" w:cs="Calibri"/>
                  <w:color w:val="000000" w:themeColor="text1"/>
                  <w:sz w:val="22"/>
                </w:rPr>
                <w:alias w:val=""/>
                <w:tag w:val="att_9"/>
                <w:id w:val="398634610"/>
                <w14:checkbox>
                  <w14:checked w14:val="0"/>
                  <w14:checkedState w14:val="2612" w14:font="MS Gothic"/>
                  <w14:uncheckedState w14:val="2610" w14:font="MS Gothic"/>
                </w14:checkbox>
              </w:sdtPr>
              <w:sdtEndPr/>
              <w:sdtContent>
                <w:r w:rsidR="00DE6257" w:rsidRPr="00B74068">
                  <w:rPr>
                    <w:rFonts w:ascii="Segoe UI Symbol" w:eastAsia="MS Gothic" w:hAnsi="Segoe UI Symbol" w:cs="Segoe UI Symbol"/>
                    <w:color w:val="000000" w:themeColor="text1"/>
                    <w:sz w:val="22"/>
                  </w:rPr>
                  <w:t>☐</w:t>
                </w:r>
              </w:sdtContent>
            </w:sdt>
            <w:r w:rsidR="00DE6257" w:rsidRPr="00B74068">
              <w:rPr>
                <w:rFonts w:ascii="Calibri" w:hAnsi="Calibri" w:cs="Calibri"/>
                <w:color w:val="000000" w:themeColor="text1"/>
                <w:sz w:val="22"/>
              </w:rPr>
              <w:t xml:space="preserve">     </w:t>
            </w:r>
          </w:p>
        </w:tc>
      </w:tr>
      <w:tr w:rsidR="00DE6257" w:rsidRPr="00B74068" w14:paraId="208A6E3C" w14:textId="77777777" w:rsidTr="0028204C">
        <w:trPr>
          <w:jc w:val="center"/>
        </w:trPr>
        <w:tc>
          <w:tcPr>
            <w:tcW w:w="5200" w:type="dxa"/>
          </w:tcPr>
          <w:p w14:paraId="60EF63E5"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Match documentation</w:t>
            </w:r>
          </w:p>
        </w:tc>
        <w:tc>
          <w:tcPr>
            <w:tcW w:w="3300" w:type="dxa"/>
          </w:tcPr>
          <w:p w14:paraId="5AD83CB4"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All new projects</w:t>
            </w:r>
          </w:p>
        </w:tc>
        <w:tc>
          <w:tcPr>
            <w:tcW w:w="1500" w:type="dxa"/>
          </w:tcPr>
          <w:p w14:paraId="349DB08A" w14:textId="77777777" w:rsidR="00DE6257"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
                <w:tag w:val="att_3"/>
                <w:id w:val="350020891"/>
                <w14:checkbox>
                  <w14:checked w14:val="0"/>
                  <w14:checkedState w14:val="2612" w14:font="MS Gothic"/>
                  <w14:uncheckedState w14:val="2610" w14:font="MS Gothic"/>
                </w14:checkbox>
              </w:sdtPr>
              <w:sdtEndPr/>
              <w:sdtContent>
                <w:r w:rsidR="00DE6257" w:rsidRPr="00B74068">
                  <w:rPr>
                    <w:rFonts w:ascii="Segoe UI Symbol" w:eastAsia="MS Gothic" w:hAnsi="Segoe UI Symbol" w:cs="Segoe UI Symbol"/>
                    <w:color w:val="000000" w:themeColor="text1"/>
                    <w:sz w:val="22"/>
                  </w:rPr>
                  <w:t>☐</w:t>
                </w:r>
              </w:sdtContent>
            </w:sdt>
            <w:r w:rsidR="00DE6257" w:rsidRPr="00B74068">
              <w:rPr>
                <w:rFonts w:ascii="Calibri" w:hAnsi="Calibri" w:cs="Calibri"/>
                <w:color w:val="000000" w:themeColor="text1"/>
                <w:sz w:val="22"/>
              </w:rPr>
              <w:t xml:space="preserve">     </w:t>
            </w:r>
          </w:p>
        </w:tc>
      </w:tr>
      <w:tr w:rsidR="00DE6257" w:rsidRPr="00B74068" w14:paraId="5D9AF1F5" w14:textId="77777777" w:rsidTr="0028204C">
        <w:trPr>
          <w:jc w:val="center"/>
        </w:trPr>
        <w:tc>
          <w:tcPr>
            <w:tcW w:w="5200" w:type="dxa"/>
          </w:tcPr>
          <w:p w14:paraId="79B3ADF0"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MOUs</w:t>
            </w:r>
            <w:r>
              <w:rPr>
                <w:rFonts w:ascii="Calibri" w:hAnsi="Calibri" w:cs="Calibri"/>
                <w:color w:val="000000" w:themeColor="text1"/>
                <w:sz w:val="22"/>
              </w:rPr>
              <w:t xml:space="preserve"> for in-kind match commitments</w:t>
            </w:r>
          </w:p>
        </w:tc>
        <w:tc>
          <w:tcPr>
            <w:tcW w:w="3300" w:type="dxa"/>
          </w:tcPr>
          <w:p w14:paraId="7D24CE97"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New projects with partners</w:t>
            </w:r>
          </w:p>
        </w:tc>
        <w:tc>
          <w:tcPr>
            <w:tcW w:w="1500" w:type="dxa"/>
          </w:tcPr>
          <w:p w14:paraId="0816612F" w14:textId="77777777" w:rsidR="00DE6257"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
                <w:tag w:val="att_7"/>
                <w:id w:val="391317156"/>
                <w14:checkbox>
                  <w14:checked w14:val="0"/>
                  <w14:checkedState w14:val="2612" w14:font="MS Gothic"/>
                  <w14:uncheckedState w14:val="2610" w14:font="MS Gothic"/>
                </w14:checkbox>
              </w:sdtPr>
              <w:sdtEndPr/>
              <w:sdtContent>
                <w:r w:rsidR="00DE6257" w:rsidRPr="00B74068">
                  <w:rPr>
                    <w:rFonts w:ascii="Segoe UI Symbol" w:eastAsia="MS Gothic" w:hAnsi="Segoe UI Symbol" w:cs="Segoe UI Symbol"/>
                    <w:color w:val="000000" w:themeColor="text1"/>
                    <w:sz w:val="22"/>
                  </w:rPr>
                  <w:t>☐</w:t>
                </w:r>
              </w:sdtContent>
            </w:sdt>
            <w:r w:rsidR="00DE6257" w:rsidRPr="00B74068">
              <w:rPr>
                <w:rFonts w:ascii="Calibri" w:hAnsi="Calibri" w:cs="Calibri"/>
                <w:color w:val="000000" w:themeColor="text1"/>
                <w:sz w:val="22"/>
              </w:rPr>
              <w:t xml:space="preserve">     </w:t>
            </w:r>
          </w:p>
        </w:tc>
      </w:tr>
      <w:tr w:rsidR="00DE6257" w:rsidRPr="00B74068" w14:paraId="06C5B895" w14:textId="77777777" w:rsidTr="0028204C">
        <w:trPr>
          <w:jc w:val="center"/>
        </w:trPr>
        <w:tc>
          <w:tcPr>
            <w:tcW w:w="5200" w:type="dxa"/>
          </w:tcPr>
          <w:p w14:paraId="1C413273" w14:textId="77777777" w:rsidR="00DE6257" w:rsidRPr="00B74068" w:rsidRDefault="00DE6257" w:rsidP="0028204C">
            <w:pPr>
              <w:rPr>
                <w:rFonts w:ascii="Calibri" w:hAnsi="Calibri" w:cs="Calibri"/>
                <w:color w:val="000000" w:themeColor="text1"/>
                <w:sz w:val="22"/>
              </w:rPr>
            </w:pPr>
            <w:r>
              <w:rPr>
                <w:rFonts w:ascii="Calibri" w:hAnsi="Calibri" w:cs="Calibri"/>
                <w:color w:val="000000" w:themeColor="text1"/>
                <w:sz w:val="22"/>
              </w:rPr>
              <w:t>Documentation of Leverage – partnership agreements</w:t>
            </w:r>
          </w:p>
        </w:tc>
        <w:tc>
          <w:tcPr>
            <w:tcW w:w="3300" w:type="dxa"/>
          </w:tcPr>
          <w:p w14:paraId="0C393594" w14:textId="77777777" w:rsidR="00DE6257" w:rsidRPr="00B74068" w:rsidRDefault="00DE6257" w:rsidP="0028204C">
            <w:pPr>
              <w:rPr>
                <w:rFonts w:ascii="Calibri" w:hAnsi="Calibri" w:cs="Calibri"/>
                <w:color w:val="000000" w:themeColor="text1"/>
                <w:sz w:val="22"/>
              </w:rPr>
            </w:pPr>
            <w:r w:rsidRPr="00B74068">
              <w:rPr>
                <w:rFonts w:ascii="Calibri" w:hAnsi="Calibri" w:cs="Calibri"/>
                <w:color w:val="000000" w:themeColor="text1"/>
                <w:sz w:val="22"/>
              </w:rPr>
              <w:t>As applicable</w:t>
            </w:r>
          </w:p>
        </w:tc>
        <w:tc>
          <w:tcPr>
            <w:tcW w:w="1500" w:type="dxa"/>
          </w:tcPr>
          <w:p w14:paraId="09C93367" w14:textId="77777777" w:rsidR="00DE6257" w:rsidRPr="00B74068" w:rsidRDefault="00CE458B" w:rsidP="0028204C">
            <w:pPr>
              <w:rPr>
                <w:rFonts w:ascii="Calibri" w:hAnsi="Calibri" w:cs="Calibri"/>
                <w:color w:val="000000" w:themeColor="text1"/>
                <w:sz w:val="22"/>
              </w:rPr>
            </w:pPr>
            <w:sdt>
              <w:sdtPr>
                <w:rPr>
                  <w:rFonts w:ascii="Calibri" w:hAnsi="Calibri" w:cs="Calibri"/>
                  <w:color w:val="000000" w:themeColor="text1"/>
                  <w:sz w:val="22"/>
                </w:rPr>
                <w:alias w:val=""/>
                <w:tag w:val="att_14"/>
                <w:id w:val="164573372"/>
                <w14:checkbox>
                  <w14:checked w14:val="0"/>
                  <w14:checkedState w14:val="2612" w14:font="MS Gothic"/>
                  <w14:uncheckedState w14:val="2610" w14:font="MS Gothic"/>
                </w14:checkbox>
              </w:sdtPr>
              <w:sdtEndPr/>
              <w:sdtContent>
                <w:r w:rsidR="00DE6257" w:rsidRPr="00B74068">
                  <w:rPr>
                    <w:rFonts w:ascii="Segoe UI Symbol" w:eastAsia="MS Gothic" w:hAnsi="Segoe UI Symbol" w:cs="Segoe UI Symbol"/>
                    <w:color w:val="000000" w:themeColor="text1"/>
                    <w:sz w:val="22"/>
                  </w:rPr>
                  <w:t>☐</w:t>
                </w:r>
              </w:sdtContent>
            </w:sdt>
            <w:r w:rsidR="00DE6257" w:rsidRPr="00B74068">
              <w:rPr>
                <w:rFonts w:ascii="Calibri" w:hAnsi="Calibri" w:cs="Calibri"/>
                <w:color w:val="000000" w:themeColor="text1"/>
                <w:sz w:val="22"/>
              </w:rPr>
              <w:t xml:space="preserve">     </w:t>
            </w:r>
          </w:p>
        </w:tc>
      </w:tr>
    </w:tbl>
    <w:p w14:paraId="7BD4C1BA" w14:textId="7F152D1E" w:rsidR="00C945C2" w:rsidRDefault="00FB3664" w:rsidP="00A948D0">
      <w:pPr>
        <w:pStyle w:val="Heading1"/>
        <w:shd w:val="clear" w:color="auto" w:fill="C6D9F1" w:themeFill="text2" w:themeFillTint="33"/>
        <w:rPr>
          <w:rFonts w:ascii="Calibri" w:hAnsi="Calibri" w:cs="Calibri"/>
          <w:color w:val="000000" w:themeColor="text1"/>
          <w:sz w:val="22"/>
          <w:szCs w:val="22"/>
        </w:rPr>
      </w:pPr>
      <w:r w:rsidRPr="00B74068">
        <w:rPr>
          <w:rFonts w:ascii="Calibri" w:hAnsi="Calibri" w:cs="Calibri"/>
          <w:color w:val="000000" w:themeColor="text1"/>
          <w:sz w:val="22"/>
          <w:szCs w:val="22"/>
        </w:rPr>
        <w:t>Applicant Certification</w:t>
      </w:r>
    </w:p>
    <w:p w14:paraId="2C18FD73" w14:textId="77777777" w:rsidR="00C945C2" w:rsidRPr="00B74068" w:rsidRDefault="00FB3664" w:rsidP="00A948D0">
      <w:pPr>
        <w:spacing w:before="240"/>
        <w:rPr>
          <w:rFonts w:ascii="Calibri" w:hAnsi="Calibri" w:cs="Calibri"/>
          <w:color w:val="000000" w:themeColor="text1"/>
          <w:sz w:val="22"/>
        </w:rPr>
      </w:pPr>
      <w:r w:rsidRPr="00B74068">
        <w:rPr>
          <w:rFonts w:ascii="Calibri" w:hAnsi="Calibri" w:cs="Calibri"/>
          <w:b/>
          <w:color w:val="000000" w:themeColor="text1"/>
          <w:sz w:val="22"/>
        </w:rPr>
        <w:t>By signing below, the applicant certifies that:</w:t>
      </w:r>
    </w:p>
    <w:p w14:paraId="55BFE870" w14:textId="07DA4662" w:rsidR="00C945C2" w:rsidRPr="00B74068" w:rsidRDefault="003A49A5">
      <w:pPr>
        <w:pStyle w:val="ListBullet"/>
        <w:rPr>
          <w:rFonts w:ascii="Calibri" w:hAnsi="Calibri" w:cs="Calibri"/>
          <w:color w:val="000000" w:themeColor="text1"/>
          <w:sz w:val="22"/>
        </w:rPr>
      </w:pPr>
      <w:r>
        <w:rPr>
          <w:rFonts w:ascii="Calibri" w:hAnsi="Calibri" w:cs="Calibri"/>
          <w:color w:val="000000" w:themeColor="text1"/>
          <w:sz w:val="22"/>
        </w:rPr>
        <w:t>T</w:t>
      </w:r>
      <w:r w:rsidR="00FB3664" w:rsidRPr="00B74068">
        <w:rPr>
          <w:rFonts w:ascii="Calibri" w:hAnsi="Calibri" w:cs="Calibri"/>
          <w:color w:val="000000" w:themeColor="text1"/>
          <w:sz w:val="22"/>
        </w:rPr>
        <w:t>he information submitted is accurate to the best of the applicant’s knowledge;</w:t>
      </w:r>
    </w:p>
    <w:p w14:paraId="3E44EB5A" w14:textId="0F98745F" w:rsidR="00C945C2" w:rsidRPr="00B74068" w:rsidRDefault="003A49A5">
      <w:pPr>
        <w:pStyle w:val="ListBullet"/>
        <w:rPr>
          <w:rFonts w:ascii="Calibri" w:hAnsi="Calibri" w:cs="Calibri"/>
          <w:color w:val="000000" w:themeColor="text1"/>
          <w:sz w:val="22"/>
        </w:rPr>
      </w:pPr>
      <w:r>
        <w:rPr>
          <w:rFonts w:ascii="Calibri" w:hAnsi="Calibri" w:cs="Calibri"/>
          <w:color w:val="000000" w:themeColor="text1"/>
          <w:sz w:val="22"/>
        </w:rPr>
        <w:t>T</w:t>
      </w:r>
      <w:r w:rsidR="00FB3664" w:rsidRPr="00B74068">
        <w:rPr>
          <w:rFonts w:ascii="Calibri" w:hAnsi="Calibri" w:cs="Calibri"/>
          <w:color w:val="000000" w:themeColor="text1"/>
          <w:sz w:val="22"/>
        </w:rPr>
        <w:t>he applicant understands that submission does not guarantee funding;</w:t>
      </w:r>
    </w:p>
    <w:p w14:paraId="7505AD4A" w14:textId="4C061FFF" w:rsidR="00C945C2" w:rsidRPr="00B74068" w:rsidRDefault="003A49A5">
      <w:pPr>
        <w:pStyle w:val="ListBullet"/>
        <w:rPr>
          <w:rFonts w:ascii="Calibri" w:hAnsi="Calibri" w:cs="Calibri"/>
          <w:color w:val="000000" w:themeColor="text1"/>
          <w:sz w:val="22"/>
        </w:rPr>
      </w:pPr>
      <w:r>
        <w:rPr>
          <w:rFonts w:ascii="Calibri" w:hAnsi="Calibri" w:cs="Calibri"/>
          <w:color w:val="000000" w:themeColor="text1"/>
          <w:sz w:val="22"/>
        </w:rPr>
        <w:t>T</w:t>
      </w:r>
      <w:r w:rsidR="00FB3664" w:rsidRPr="00B74068">
        <w:rPr>
          <w:rFonts w:ascii="Calibri" w:hAnsi="Calibri" w:cs="Calibri"/>
          <w:color w:val="000000" w:themeColor="text1"/>
          <w:sz w:val="22"/>
        </w:rPr>
        <w:t>he applicant agrees to comply with HUD and local competition requirements if selected;</w:t>
      </w:r>
    </w:p>
    <w:p w14:paraId="75D5E8AA" w14:textId="66D18B98" w:rsidR="00C945C2" w:rsidRPr="00B74068" w:rsidRDefault="003A49A5">
      <w:pPr>
        <w:pStyle w:val="ListBullet"/>
        <w:rPr>
          <w:rFonts w:ascii="Calibri" w:hAnsi="Calibri" w:cs="Calibri"/>
          <w:color w:val="000000" w:themeColor="text1"/>
          <w:sz w:val="22"/>
        </w:rPr>
      </w:pPr>
      <w:r>
        <w:rPr>
          <w:rFonts w:ascii="Calibri" w:hAnsi="Calibri" w:cs="Calibri"/>
          <w:color w:val="000000" w:themeColor="text1"/>
          <w:sz w:val="22"/>
        </w:rPr>
        <w:t>T</w:t>
      </w:r>
      <w:r w:rsidR="00FB3664" w:rsidRPr="00B74068">
        <w:rPr>
          <w:rFonts w:ascii="Calibri" w:hAnsi="Calibri" w:cs="Calibri"/>
          <w:color w:val="000000" w:themeColor="text1"/>
          <w:sz w:val="22"/>
        </w:rPr>
        <w:t>he applicant understands that local deadlines are earlier than HUD’s final deadline;</w:t>
      </w:r>
    </w:p>
    <w:p w14:paraId="2A4BBA78" w14:textId="68A07C5B" w:rsidR="00C945C2" w:rsidRPr="00B74068" w:rsidRDefault="003A49A5">
      <w:pPr>
        <w:pStyle w:val="ListBullet"/>
        <w:rPr>
          <w:rFonts w:ascii="Calibri" w:hAnsi="Calibri" w:cs="Calibri"/>
          <w:color w:val="000000" w:themeColor="text1"/>
          <w:sz w:val="22"/>
        </w:rPr>
      </w:pPr>
      <w:r>
        <w:rPr>
          <w:rFonts w:ascii="Calibri" w:hAnsi="Calibri" w:cs="Calibri"/>
          <w:color w:val="000000" w:themeColor="text1"/>
          <w:sz w:val="22"/>
        </w:rPr>
        <w:t>T</w:t>
      </w:r>
      <w:r w:rsidR="00FB3664" w:rsidRPr="00B74068">
        <w:rPr>
          <w:rFonts w:ascii="Calibri" w:hAnsi="Calibri" w:cs="Calibri"/>
          <w:color w:val="000000" w:themeColor="text1"/>
          <w:sz w:val="22"/>
        </w:rPr>
        <w:t>he applicant understands that projects must be reviewed, scored, ranked, and approved locally before submission to HUD;</w:t>
      </w:r>
    </w:p>
    <w:p w14:paraId="363D590C" w14:textId="08AF66A0" w:rsidR="00C945C2" w:rsidRPr="00B74068" w:rsidRDefault="003A49A5">
      <w:pPr>
        <w:pStyle w:val="ListBullet"/>
        <w:rPr>
          <w:rFonts w:ascii="Calibri" w:hAnsi="Calibri" w:cs="Calibri"/>
          <w:color w:val="000000" w:themeColor="text1"/>
          <w:sz w:val="22"/>
        </w:rPr>
      </w:pPr>
      <w:r>
        <w:rPr>
          <w:rFonts w:ascii="Calibri" w:hAnsi="Calibri" w:cs="Calibri"/>
          <w:color w:val="000000" w:themeColor="text1"/>
          <w:sz w:val="22"/>
        </w:rPr>
        <w:t>T</w:t>
      </w:r>
      <w:r w:rsidR="00FB3664" w:rsidRPr="00B74068">
        <w:rPr>
          <w:rFonts w:ascii="Calibri" w:hAnsi="Calibri" w:cs="Calibri"/>
          <w:color w:val="000000" w:themeColor="text1"/>
          <w:sz w:val="22"/>
        </w:rPr>
        <w:t>he applicant agrees to provide additional documentation or clarification if requested by C</w:t>
      </w:r>
      <w:r w:rsidR="00A948D0">
        <w:rPr>
          <w:rFonts w:ascii="Calibri" w:hAnsi="Calibri" w:cs="Calibri"/>
          <w:color w:val="000000" w:themeColor="text1"/>
          <w:sz w:val="22"/>
        </w:rPr>
        <w:t xml:space="preserve">oC; and </w:t>
      </w:r>
    </w:p>
    <w:p w14:paraId="6A8DF7D3" w14:textId="543248B8" w:rsidR="00C945C2" w:rsidRDefault="003A49A5">
      <w:pPr>
        <w:pStyle w:val="ListBullet"/>
        <w:rPr>
          <w:rFonts w:ascii="Calibri" w:hAnsi="Calibri" w:cs="Calibri"/>
          <w:color w:val="000000" w:themeColor="text1"/>
          <w:sz w:val="22"/>
        </w:rPr>
      </w:pPr>
      <w:r>
        <w:rPr>
          <w:rFonts w:ascii="Calibri" w:hAnsi="Calibri" w:cs="Calibri"/>
          <w:color w:val="000000" w:themeColor="text1"/>
          <w:sz w:val="22"/>
        </w:rPr>
        <w:t>F</w:t>
      </w:r>
      <w:r w:rsidR="00FB3664" w:rsidRPr="00B74068">
        <w:rPr>
          <w:rFonts w:ascii="Calibri" w:hAnsi="Calibri" w:cs="Calibri"/>
          <w:color w:val="000000" w:themeColor="text1"/>
          <w:sz w:val="22"/>
        </w:rPr>
        <w:t>inal funding is subject to HUD eligibility, local ranking, HUD selection, and availability of funds.</w:t>
      </w:r>
    </w:p>
    <w:p w14:paraId="14596157" w14:textId="43F8041F" w:rsidR="003A49A5" w:rsidRDefault="003A49A5" w:rsidP="003A49A5">
      <w:pPr>
        <w:pStyle w:val="ListBullet"/>
        <w:numPr>
          <w:ilvl w:val="0"/>
          <w:numId w:val="0"/>
        </w:numPr>
        <w:ind w:left="360" w:hanging="360"/>
        <w:rPr>
          <w:rFonts w:ascii="Calibri" w:hAnsi="Calibri" w:cs="Calibri"/>
          <w:color w:val="000000" w:themeColor="text1"/>
          <w:sz w:val="22"/>
        </w:rPr>
      </w:pPr>
    </w:p>
    <w:p w14:paraId="1CC2F7F9" w14:textId="6623C1C6" w:rsidR="003A49A5" w:rsidRDefault="003A49A5" w:rsidP="003A49A5">
      <w:pPr>
        <w:pStyle w:val="ListBullet"/>
        <w:numPr>
          <w:ilvl w:val="0"/>
          <w:numId w:val="0"/>
        </w:numPr>
        <w:ind w:left="360" w:hanging="360"/>
        <w:rPr>
          <w:rFonts w:ascii="Calibri" w:hAnsi="Calibri" w:cs="Calibri"/>
          <w:b/>
          <w:bCs/>
          <w:color w:val="000000" w:themeColor="text1"/>
          <w:sz w:val="22"/>
        </w:rPr>
      </w:pPr>
      <w:r w:rsidRPr="003A49A5">
        <w:rPr>
          <w:rFonts w:ascii="Calibri" w:hAnsi="Calibri" w:cs="Calibri"/>
          <w:b/>
          <w:bCs/>
          <w:color w:val="000000" w:themeColor="text1"/>
          <w:sz w:val="22"/>
        </w:rPr>
        <w:t>Additionally, the applicant certifies that:</w:t>
      </w:r>
    </w:p>
    <w:p w14:paraId="2F7F842B" w14:textId="77777777" w:rsidR="003A49A5" w:rsidRPr="003A49A5" w:rsidRDefault="003A49A5" w:rsidP="003A49A5">
      <w:pPr>
        <w:pStyle w:val="ListBullet"/>
        <w:rPr>
          <w:rFonts w:ascii="Calibri" w:hAnsi="Calibri" w:cs="Calibri"/>
          <w:color w:val="000000" w:themeColor="text1"/>
          <w:sz w:val="22"/>
        </w:rPr>
      </w:pPr>
      <w:r w:rsidRPr="003A49A5">
        <w:rPr>
          <w:rFonts w:ascii="Calibri" w:hAnsi="Calibri" w:cs="Calibri"/>
          <w:color w:val="000000" w:themeColor="text1"/>
          <w:sz w:val="22"/>
        </w:rPr>
        <w:t xml:space="preserve">The project applicant will not engage in illegal racial discrimination.  </w:t>
      </w:r>
    </w:p>
    <w:p w14:paraId="49FE4215" w14:textId="77777777" w:rsidR="003A49A5" w:rsidRPr="003A49A5" w:rsidRDefault="003A49A5" w:rsidP="003A49A5">
      <w:pPr>
        <w:pStyle w:val="ListBullet"/>
        <w:rPr>
          <w:rFonts w:ascii="Calibri" w:hAnsi="Calibri" w:cs="Calibri"/>
          <w:color w:val="000000" w:themeColor="text1"/>
          <w:sz w:val="22"/>
        </w:rPr>
      </w:pPr>
      <w:r w:rsidRPr="003A49A5">
        <w:rPr>
          <w:rFonts w:ascii="Calibri" w:hAnsi="Calibri" w:cs="Calibri"/>
          <w:color w:val="000000" w:themeColor="text1"/>
          <w:sz w:val="22"/>
        </w:rPr>
        <w:t>The project applicant will not operate drug injection sites or “safe consumption sites” in violation of 21 USC 856(a)(1), knowingly permit the use or distribution of illicit drugs on property under their control in violation of 21 USC 856(a)(2), or knowingly distribute drug paraphernalia in violation of 21 USC 863.</w:t>
      </w:r>
    </w:p>
    <w:p w14:paraId="352EEFD0" w14:textId="77777777" w:rsidR="003A49A5" w:rsidRPr="003A49A5" w:rsidRDefault="003A49A5" w:rsidP="003A49A5">
      <w:pPr>
        <w:pStyle w:val="ListBullet"/>
        <w:numPr>
          <w:ilvl w:val="0"/>
          <w:numId w:val="0"/>
        </w:numPr>
        <w:ind w:left="360" w:hanging="360"/>
        <w:rPr>
          <w:rFonts w:ascii="Calibri" w:hAnsi="Calibri" w:cs="Calibri"/>
          <w:color w:val="000000" w:themeColor="text1"/>
          <w:sz w:val="22"/>
        </w:rPr>
      </w:pPr>
    </w:p>
    <w:tbl>
      <w:tblPr>
        <w:tblStyle w:val="TableGrid"/>
        <w:tblW w:w="0" w:type="auto"/>
        <w:jc w:val="center"/>
        <w:tblLook w:val="04A0" w:firstRow="1" w:lastRow="0" w:firstColumn="1" w:lastColumn="0" w:noHBand="0" w:noVBand="1"/>
      </w:tblPr>
      <w:tblGrid>
        <w:gridCol w:w="3000"/>
        <w:gridCol w:w="7000"/>
      </w:tblGrid>
      <w:tr w:rsidR="00C945C2" w:rsidRPr="00B74068" w14:paraId="31D1E279" w14:textId="77777777" w:rsidTr="00CE458B">
        <w:trPr>
          <w:jc w:val="center"/>
        </w:trPr>
        <w:tc>
          <w:tcPr>
            <w:tcW w:w="3000" w:type="dxa"/>
            <w:shd w:val="clear" w:color="auto" w:fill="DBE5F1" w:themeFill="accent1" w:themeFillTint="33"/>
          </w:tcPr>
          <w:p w14:paraId="63694B04"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Authorized Representative Name</w:t>
            </w:r>
          </w:p>
        </w:tc>
        <w:tc>
          <w:tcPr>
            <w:tcW w:w="7000" w:type="dxa"/>
          </w:tcPr>
          <w:p w14:paraId="596FD1D6"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Authorized Representative Name"/>
                <w:tag w:val="Authorized Representative Name"/>
                <w:id w:val="779232210"/>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72A33946" w14:textId="77777777" w:rsidTr="00CE458B">
        <w:trPr>
          <w:jc w:val="center"/>
        </w:trPr>
        <w:tc>
          <w:tcPr>
            <w:tcW w:w="3000" w:type="dxa"/>
            <w:shd w:val="clear" w:color="auto" w:fill="DBE5F1" w:themeFill="accent1" w:themeFillTint="33"/>
          </w:tcPr>
          <w:p w14:paraId="5BEA0CBA"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Title</w:t>
            </w:r>
          </w:p>
        </w:tc>
        <w:tc>
          <w:tcPr>
            <w:tcW w:w="7000" w:type="dxa"/>
          </w:tcPr>
          <w:p w14:paraId="3CF7346E"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Title"/>
                <w:tag w:val="Title"/>
                <w:id w:val="1976254826"/>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41693321" w14:textId="77777777" w:rsidTr="00CE458B">
        <w:trPr>
          <w:jc w:val="center"/>
        </w:trPr>
        <w:tc>
          <w:tcPr>
            <w:tcW w:w="3000" w:type="dxa"/>
            <w:shd w:val="clear" w:color="auto" w:fill="DBE5F1" w:themeFill="accent1" w:themeFillTint="33"/>
          </w:tcPr>
          <w:p w14:paraId="7AD9200C"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Signature</w:t>
            </w:r>
          </w:p>
        </w:tc>
        <w:tc>
          <w:tcPr>
            <w:tcW w:w="7000" w:type="dxa"/>
          </w:tcPr>
          <w:p w14:paraId="76AF62AB"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Signature"/>
                <w:tag w:val="Signature"/>
                <w:id w:val="-832288374"/>
                <w:text/>
              </w:sdtPr>
              <w:sdtEndPr/>
              <w:sdtContent>
                <w:r w:rsidR="00FB3664" w:rsidRPr="00B74068">
                  <w:rPr>
                    <w:rFonts w:ascii="Calibri" w:hAnsi="Calibri" w:cs="Calibri"/>
                    <w:color w:val="000000" w:themeColor="text1"/>
                    <w:sz w:val="22"/>
                  </w:rPr>
                  <w:t>Click or tap here to enter text.</w:t>
                </w:r>
              </w:sdtContent>
            </w:sdt>
          </w:p>
        </w:tc>
      </w:tr>
      <w:tr w:rsidR="00C945C2" w:rsidRPr="00B74068" w14:paraId="7ADD8DCB" w14:textId="77777777" w:rsidTr="00CE458B">
        <w:trPr>
          <w:jc w:val="center"/>
        </w:trPr>
        <w:tc>
          <w:tcPr>
            <w:tcW w:w="3000" w:type="dxa"/>
            <w:shd w:val="clear" w:color="auto" w:fill="DBE5F1" w:themeFill="accent1" w:themeFillTint="33"/>
          </w:tcPr>
          <w:p w14:paraId="7BDB6050" w14:textId="77777777" w:rsidR="00C945C2" w:rsidRPr="00B74068" w:rsidRDefault="00FB3664">
            <w:pPr>
              <w:rPr>
                <w:rFonts w:ascii="Calibri" w:hAnsi="Calibri" w:cs="Calibri"/>
                <w:color w:val="000000" w:themeColor="text1"/>
                <w:sz w:val="22"/>
              </w:rPr>
            </w:pPr>
            <w:r w:rsidRPr="00B74068">
              <w:rPr>
                <w:rFonts w:ascii="Calibri" w:hAnsi="Calibri" w:cs="Calibri"/>
                <w:b/>
                <w:color w:val="000000" w:themeColor="text1"/>
                <w:sz w:val="22"/>
              </w:rPr>
              <w:t>Date</w:t>
            </w:r>
          </w:p>
        </w:tc>
        <w:tc>
          <w:tcPr>
            <w:tcW w:w="7000" w:type="dxa"/>
          </w:tcPr>
          <w:p w14:paraId="2A0AC969" w14:textId="77777777" w:rsidR="00C945C2" w:rsidRPr="00B74068" w:rsidRDefault="00CE458B">
            <w:pPr>
              <w:rPr>
                <w:rFonts w:ascii="Calibri" w:hAnsi="Calibri" w:cs="Calibri"/>
                <w:color w:val="000000" w:themeColor="text1"/>
                <w:sz w:val="22"/>
              </w:rPr>
            </w:pPr>
            <w:sdt>
              <w:sdtPr>
                <w:rPr>
                  <w:rFonts w:ascii="Calibri" w:hAnsi="Calibri" w:cs="Calibri"/>
                  <w:color w:val="000000" w:themeColor="text1"/>
                  <w:sz w:val="22"/>
                </w:rPr>
                <w:alias w:val="Date"/>
                <w:tag w:val="Date"/>
                <w:id w:val="1979262160"/>
                <w:text/>
              </w:sdtPr>
              <w:sdtEndPr/>
              <w:sdtContent>
                <w:r w:rsidR="00FB3664" w:rsidRPr="00B74068">
                  <w:rPr>
                    <w:rFonts w:ascii="Calibri" w:hAnsi="Calibri" w:cs="Calibri"/>
                    <w:color w:val="000000" w:themeColor="text1"/>
                    <w:sz w:val="22"/>
                  </w:rPr>
                  <w:t>Click or tap here to enter text.</w:t>
                </w:r>
              </w:sdtContent>
            </w:sdt>
          </w:p>
        </w:tc>
      </w:tr>
    </w:tbl>
    <w:p w14:paraId="090B95CC" w14:textId="695409FA" w:rsidR="00541946" w:rsidRPr="00541946" w:rsidRDefault="00541946" w:rsidP="00DE6257"/>
    <w:sectPr w:rsidR="00541946" w:rsidRPr="00541946" w:rsidSect="00541946">
      <w:headerReference w:type="default" r:id="rId9"/>
      <w:footerReference w:type="default" r:id="rId10"/>
      <w:pgSz w:w="12240" w:h="15840"/>
      <w:pgMar w:top="792" w:right="1008" w:bottom="79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49BD0" w14:textId="77777777" w:rsidR="00093F90" w:rsidRDefault="00093F90">
      <w:pPr>
        <w:spacing w:after="0" w:line="240" w:lineRule="auto"/>
      </w:pPr>
      <w:r>
        <w:separator/>
      </w:r>
    </w:p>
  </w:endnote>
  <w:endnote w:type="continuationSeparator" w:id="0">
    <w:p w14:paraId="44D20C7B" w14:textId="77777777" w:rsidR="00093F90" w:rsidRDefault="00093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38BA6" w14:textId="575CDF96" w:rsidR="00C945C2" w:rsidRDefault="00541946">
    <w:pPr>
      <w:pStyle w:val="Footer"/>
      <w:jc w:val="center"/>
    </w:pPr>
    <w:r>
      <w:t xml:space="preserve">Springfield-Hampden County </w:t>
    </w:r>
    <w:r w:rsidR="00FB3664">
      <w:t>Continuum of Care (</w:t>
    </w:r>
    <w:r>
      <w:t>MA-504</w:t>
    </w:r>
    <w:r w:rsidR="00FB3664">
      <w:t>) | FY26 New Project Local Application</w:t>
    </w:r>
  </w:p>
  <w:p w14:paraId="20FA6917" w14:textId="50125B03" w:rsidR="00C50F62" w:rsidRDefault="00C50F62">
    <w:pPr>
      <w:pStyle w:val="Footer"/>
      <w:jc w:val="center"/>
    </w:pPr>
    <w:r>
      <w:t xml:space="preserve">Page </w:t>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20EDA" w14:textId="77777777" w:rsidR="00093F90" w:rsidRDefault="00093F90">
      <w:pPr>
        <w:spacing w:after="0" w:line="240" w:lineRule="auto"/>
      </w:pPr>
      <w:r>
        <w:separator/>
      </w:r>
    </w:p>
  </w:footnote>
  <w:footnote w:type="continuationSeparator" w:id="0">
    <w:p w14:paraId="0F99EF15" w14:textId="77777777" w:rsidR="00093F90" w:rsidRDefault="00093F90">
      <w:pPr>
        <w:spacing w:after="0" w:line="240" w:lineRule="auto"/>
      </w:pPr>
      <w:r>
        <w:continuationSeparator/>
      </w:r>
    </w:p>
  </w:footnote>
  <w:footnote w:id="1">
    <w:p w14:paraId="73D1755C" w14:textId="4BC8BFAE" w:rsidR="00DE6257" w:rsidRDefault="00DE6257">
      <w:pPr>
        <w:pStyle w:val="FootnoteText"/>
      </w:pPr>
      <w:r>
        <w:rPr>
          <w:rStyle w:val="FootnoteReference"/>
        </w:rPr>
        <w:footnoteRef/>
      </w:r>
      <w:r>
        <w:t xml:space="preserve"> Applicants for a TH project grant must provide this data for a program that exited participants within 24 months of entry.</w:t>
      </w:r>
    </w:p>
    <w:p w14:paraId="6F6E4ABA" w14:textId="77777777" w:rsidR="00D8486D" w:rsidRDefault="00D8486D">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BBE2F" w14:textId="04894AE6" w:rsidR="00C945C2" w:rsidRDefault="00C945C2" w:rsidP="00B74068">
    <w:pPr>
      <w:pStyle w:val="Header"/>
    </w:pPr>
  </w:p>
  <w:p w14:paraId="3D0D900E" w14:textId="3E691AAE" w:rsidR="00B74068" w:rsidRDefault="00B74068">
    <w:pPr>
      <w:pStyle w:val="Header"/>
      <w:jc w:val="center"/>
    </w:pPr>
  </w:p>
  <w:p w14:paraId="4E1E693D" w14:textId="29857F75" w:rsidR="00B74068" w:rsidRDefault="00B74068" w:rsidP="00B7406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990416C"/>
    <w:multiLevelType w:val="hybridMultilevel"/>
    <w:tmpl w:val="53682C9C"/>
    <w:lvl w:ilvl="0" w:tplc="9F420ED2">
      <w:start w:val="1"/>
      <w:numFmt w:val="decimal"/>
      <w:lvlText w:val="%1."/>
      <w:lvlJc w:val="left"/>
      <w:pPr>
        <w:tabs>
          <w:tab w:val="num" w:pos="720"/>
        </w:tabs>
        <w:ind w:left="720" w:hanging="360"/>
      </w:pPr>
      <w:rPr>
        <w:color w:val="auto"/>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4FF1CFB"/>
    <w:multiLevelType w:val="hybridMultilevel"/>
    <w:tmpl w:val="10D65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3B63A9"/>
    <w:multiLevelType w:val="hybridMultilevel"/>
    <w:tmpl w:val="185A8E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49922301"/>
    <w:multiLevelType w:val="hybridMultilevel"/>
    <w:tmpl w:val="2A0EB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F64270"/>
    <w:multiLevelType w:val="hybridMultilevel"/>
    <w:tmpl w:val="FD9AA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12"/>
  </w:num>
  <w:num w:numId="12">
    <w:abstractNumId w:val="11"/>
  </w:num>
  <w:num w:numId="13">
    <w:abstractNumId w:val="10"/>
  </w:num>
  <w:num w:numId="14">
    <w:abstractNumId w:val="9"/>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1DC5"/>
    <w:rsid w:val="00034616"/>
    <w:rsid w:val="0006063C"/>
    <w:rsid w:val="00093F90"/>
    <w:rsid w:val="0011591F"/>
    <w:rsid w:val="0015074B"/>
    <w:rsid w:val="0015776C"/>
    <w:rsid w:val="001C1940"/>
    <w:rsid w:val="00235C24"/>
    <w:rsid w:val="00266EA6"/>
    <w:rsid w:val="0029639D"/>
    <w:rsid w:val="00326F90"/>
    <w:rsid w:val="00330591"/>
    <w:rsid w:val="003A49A5"/>
    <w:rsid w:val="003C694A"/>
    <w:rsid w:val="00440CBF"/>
    <w:rsid w:val="00443296"/>
    <w:rsid w:val="004567B6"/>
    <w:rsid w:val="004A28A8"/>
    <w:rsid w:val="004D709A"/>
    <w:rsid w:val="00541946"/>
    <w:rsid w:val="005B1642"/>
    <w:rsid w:val="005E5E65"/>
    <w:rsid w:val="0063626E"/>
    <w:rsid w:val="006D5365"/>
    <w:rsid w:val="006E7C54"/>
    <w:rsid w:val="007B26B1"/>
    <w:rsid w:val="00877224"/>
    <w:rsid w:val="008E741F"/>
    <w:rsid w:val="00A011DE"/>
    <w:rsid w:val="00A45E46"/>
    <w:rsid w:val="00A948D0"/>
    <w:rsid w:val="00AA0C46"/>
    <w:rsid w:val="00AA1D8D"/>
    <w:rsid w:val="00B47730"/>
    <w:rsid w:val="00B74068"/>
    <w:rsid w:val="00BB668A"/>
    <w:rsid w:val="00C21E12"/>
    <w:rsid w:val="00C50F62"/>
    <w:rsid w:val="00C55684"/>
    <w:rsid w:val="00C945C2"/>
    <w:rsid w:val="00CB0664"/>
    <w:rsid w:val="00CE458B"/>
    <w:rsid w:val="00D33277"/>
    <w:rsid w:val="00D8486D"/>
    <w:rsid w:val="00DB3BA7"/>
    <w:rsid w:val="00DC4901"/>
    <w:rsid w:val="00DE6257"/>
    <w:rsid w:val="00E37182"/>
    <w:rsid w:val="00E4373C"/>
    <w:rsid w:val="00EF3C96"/>
    <w:rsid w:val="00F24D72"/>
    <w:rsid w:val="00FB3664"/>
    <w:rsid w:val="00FC693F"/>
    <w:rsid w:val="00FF7C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F40693F"/>
  <w14:defaultImageDpi w14:val="330"/>
  <w15:docId w15:val="{9DEEA6B4-2BEA-4D3A-8EE1-268E2742D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C96"/>
    <w:rPr>
      <w:rFonts w:ascii="Aptos" w:eastAsia="Aptos" w:hAnsi="Aptos"/>
      <w:sz w:val="1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42A56"/>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342A56"/>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342A56"/>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342A56"/>
      <w:spacing w:val="5"/>
      <w:kern w:val="28"/>
      <w:sz w:val="3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Note">
    <w:name w:val="Small Note"/>
    <w:rPr>
      <w:rFonts w:ascii="Aptos" w:eastAsia="Aptos" w:hAnsi="Aptos"/>
      <w:color w:val="5A5A5A"/>
      <w:sz w:val="16"/>
    </w:rPr>
  </w:style>
  <w:style w:type="paragraph" w:styleId="NormalWeb">
    <w:name w:val="Normal (Web)"/>
    <w:basedOn w:val="Normal"/>
    <w:uiPriority w:val="99"/>
    <w:semiHidden/>
    <w:unhideWhenUsed/>
    <w:rsid w:val="00B74068"/>
    <w:rPr>
      <w:rFonts w:ascii="Times New Roman" w:hAnsi="Times New Roman" w:cs="Times New Roman"/>
      <w:sz w:val="24"/>
      <w:szCs w:val="24"/>
    </w:rPr>
  </w:style>
  <w:style w:type="character" w:styleId="Hyperlink">
    <w:name w:val="Hyperlink"/>
    <w:basedOn w:val="DefaultParagraphFont"/>
    <w:uiPriority w:val="99"/>
    <w:unhideWhenUsed/>
    <w:rsid w:val="005B1642"/>
    <w:rPr>
      <w:color w:val="0000FF" w:themeColor="hyperlink"/>
      <w:u w:val="single"/>
    </w:rPr>
  </w:style>
  <w:style w:type="character" w:styleId="UnresolvedMention">
    <w:name w:val="Unresolved Mention"/>
    <w:basedOn w:val="DefaultParagraphFont"/>
    <w:uiPriority w:val="99"/>
    <w:semiHidden/>
    <w:unhideWhenUsed/>
    <w:rsid w:val="005B1642"/>
    <w:rPr>
      <w:color w:val="605E5C"/>
      <w:shd w:val="clear" w:color="auto" w:fill="E1DFDD"/>
    </w:rPr>
  </w:style>
  <w:style w:type="paragraph" w:styleId="FootnoteText">
    <w:name w:val="footnote text"/>
    <w:basedOn w:val="Normal"/>
    <w:link w:val="FootnoteTextChar"/>
    <w:uiPriority w:val="99"/>
    <w:semiHidden/>
    <w:unhideWhenUsed/>
    <w:rsid w:val="00DE62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6257"/>
    <w:rPr>
      <w:rFonts w:ascii="Aptos" w:eastAsia="Aptos" w:hAnsi="Aptos"/>
      <w:sz w:val="20"/>
      <w:szCs w:val="20"/>
    </w:rPr>
  </w:style>
  <w:style w:type="character" w:styleId="FootnoteReference">
    <w:name w:val="footnote reference"/>
    <w:basedOn w:val="DefaultParagraphFont"/>
    <w:uiPriority w:val="99"/>
    <w:semiHidden/>
    <w:unhideWhenUsed/>
    <w:rsid w:val="00DE6257"/>
    <w:rPr>
      <w:vertAlign w:val="superscript"/>
    </w:rPr>
  </w:style>
  <w:style w:type="character" w:styleId="PlaceholderText">
    <w:name w:val="Placeholder Text"/>
    <w:basedOn w:val="DefaultParagraphFont"/>
    <w:uiPriority w:val="99"/>
    <w:semiHidden/>
    <w:rsid w:val="00001DC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507268">
      <w:bodyDiv w:val="1"/>
      <w:marLeft w:val="0"/>
      <w:marRight w:val="0"/>
      <w:marTop w:val="0"/>
      <w:marBottom w:val="0"/>
      <w:divBdr>
        <w:top w:val="none" w:sz="0" w:space="0" w:color="auto"/>
        <w:left w:val="none" w:sz="0" w:space="0" w:color="auto"/>
        <w:bottom w:val="none" w:sz="0" w:space="0" w:color="auto"/>
        <w:right w:val="none" w:sz="0" w:space="0" w:color="auto"/>
      </w:divBdr>
    </w:div>
    <w:div w:id="1069184817">
      <w:bodyDiv w:val="1"/>
      <w:marLeft w:val="0"/>
      <w:marRight w:val="0"/>
      <w:marTop w:val="0"/>
      <w:marBottom w:val="0"/>
      <w:divBdr>
        <w:top w:val="none" w:sz="0" w:space="0" w:color="auto"/>
        <w:left w:val="none" w:sz="0" w:space="0" w:color="auto"/>
        <w:bottom w:val="none" w:sz="0" w:space="0" w:color="auto"/>
        <w:right w:val="none" w:sz="0" w:space="0" w:color="auto"/>
      </w:divBdr>
    </w:div>
    <w:div w:id="1183320617">
      <w:bodyDiv w:val="1"/>
      <w:marLeft w:val="0"/>
      <w:marRight w:val="0"/>
      <w:marTop w:val="0"/>
      <w:marBottom w:val="0"/>
      <w:divBdr>
        <w:top w:val="none" w:sz="0" w:space="0" w:color="auto"/>
        <w:left w:val="none" w:sz="0" w:space="0" w:color="auto"/>
        <w:bottom w:val="none" w:sz="0" w:space="0" w:color="auto"/>
        <w:right w:val="none" w:sz="0" w:space="0" w:color="auto"/>
      </w:divBdr>
    </w:div>
    <w:div w:id="17242098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mccafferty@springfieldcityhal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67AA50B0-F9B6-46EE-A2EB-82F198B563D5}"/>
      </w:docPartPr>
      <w:docPartBody>
        <w:p w:rsidR="00000000" w:rsidRDefault="00240C46">
          <w:r w:rsidRPr="006529E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C46"/>
    <w:rsid w:val="00240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0C4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10</Pages>
  <Words>2306</Words>
  <Characters>13150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FY26 New Project Local Application - Fillable</vt:lpstr>
    </vt:vector>
  </TitlesOfParts>
  <Manager/>
  <Company/>
  <LinksUpToDate>false</LinksUpToDate>
  <CharactersWithSpaces>15426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FY26 New Project Local Application - Fillable</dc:title>
  <dc:subject>The Way Home Continuum of Care TX-700 FY26 NOFO local competition application</dc:subject>
  <dc:creator>Coalition for the Homeless of Houston/Harris County</dc:creator>
  <cp:keywords/>
  <dc:description>generated by python-docx</dc:description>
  <cp:lastModifiedBy>Geraldine McCafferty</cp:lastModifiedBy>
  <cp:revision>7</cp:revision>
  <cp:lastPrinted>2026-06-22T21:50:00Z</cp:lastPrinted>
  <dcterms:created xsi:type="dcterms:W3CDTF">2026-06-22T21:48:00Z</dcterms:created>
  <dcterms:modified xsi:type="dcterms:W3CDTF">2026-06-22T22:38:00Z</dcterms:modified>
  <cp:category/>
</cp:coreProperties>
</file>